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F9A4" w14:textId="6E55A94C" w:rsidR="0088713C" w:rsidRDefault="00D9456A">
      <w:pPr>
        <w:jc w:val="right"/>
      </w:pPr>
      <w:r>
        <w:t xml:space="preserve">Znak sprawy: </w:t>
      </w:r>
      <w:r w:rsidRPr="00D9456A">
        <w:t>ZP.CYBER.U28.2026</w:t>
      </w:r>
    </w:p>
    <w:p w14:paraId="79AAADF7" w14:textId="77777777" w:rsidR="0088713C" w:rsidRDefault="00D9456A">
      <w:pPr>
        <w:jc w:val="right"/>
      </w:pPr>
      <w:r>
        <w:t>Załącznik nr 4 do zapytania ofertowego</w:t>
      </w:r>
    </w:p>
    <w:p w14:paraId="23E0CF13" w14:textId="77777777" w:rsidR="0088713C" w:rsidRDefault="00D9456A">
      <w:pPr>
        <w:pStyle w:val="Tytu"/>
        <w:spacing w:before="200" w:after="120"/>
        <w:jc w:val="center"/>
      </w:pPr>
      <w:r>
        <w:t>Wykaz wykonanych szkoleń</w:t>
      </w:r>
    </w:p>
    <w:p w14:paraId="0274D1F7" w14:textId="77777777" w:rsidR="0088713C" w:rsidRDefault="00D9456A">
      <w:pPr>
        <w:spacing w:after="240"/>
        <w:jc w:val="center"/>
      </w:pPr>
      <w:r>
        <w:t>Szkolenie z bezpieczeństwa i zarządzania sieciami w kontekście wymogów NIS2</w:t>
      </w:r>
    </w:p>
    <w:p w14:paraId="56A79DD6" w14:textId="77777777" w:rsidR="0088713C" w:rsidRDefault="00D9456A">
      <w:r>
        <w:t>Pełna nazwa Wykonawcy: ........................................................................................................</w:t>
      </w:r>
    </w:p>
    <w:p w14:paraId="775F01EB" w14:textId="77777777" w:rsidR="0088713C" w:rsidRDefault="00D9456A">
      <w:r>
        <w:t>................................................................................................................................................</w:t>
      </w:r>
    </w:p>
    <w:p w14:paraId="12D989C9" w14:textId="77777777" w:rsidR="0088713C" w:rsidRDefault="00D9456A">
      <w:pPr>
        <w:pStyle w:val="Nagwek1"/>
      </w:pPr>
      <w:r>
        <w:t>Warunek doświadczenia</w:t>
      </w:r>
    </w:p>
    <w:p w14:paraId="3E87AFC6" w14:textId="77777777" w:rsidR="0088713C" w:rsidRDefault="00D9456A">
      <w:pPr>
        <w:jc w:val="both"/>
      </w:pPr>
      <w:r>
        <w:t>W celu potwierdzenia spełnienia warunku określonego w pkt 4 zapytania ofertowego i pkt 9 OPZ Wykonawca wykazuje, że w okresie ostatnich 3 lat przed upływem terminu składania ofert, a jeżeli okres prowadzenia działalności jest krótszy – w tym okresie, należycie zrealizował co najmniej 1 specjalistyczne szkolenie obejmujące zagadnienia związane z administracją, konfiguracją, eksploatacją, diagnostyką lub bezpieczeństwem sieci komputerowych.</w:t>
      </w:r>
    </w:p>
    <w:p w14:paraId="766F0AE7" w14:textId="77777777" w:rsidR="0088713C" w:rsidRDefault="00D9456A">
      <w:pPr>
        <w:jc w:val="both"/>
      </w:pPr>
      <w:r>
        <w:t>Wykaz należy złożyć wraz z ofertą. Dokumenty potwierdzające należyte wykonanie wskazanych szkoleń, w szczególności referencje, poświadczenia, protokoły odbioru lub inne równoważne dokumenty, Wykonawca przedstawia na żądanie Zamawiającego. Nie jest wymagane dołączenie ich do oferty.</w:t>
      </w:r>
    </w:p>
    <w:p w14:paraId="1D02472A" w14:textId="5CCFBEE9" w:rsidR="0088713C" w:rsidRPr="009B23E5" w:rsidRDefault="00D9456A" w:rsidP="009B23E5">
      <w:pPr>
        <w:spacing w:after="160"/>
        <w:jc w:val="both"/>
        <w:rPr>
          <w:lang w:val="pl-PL"/>
        </w:rPr>
      </w:pPr>
      <w:r w:rsidRPr="009B23E5">
        <w:rPr>
          <w:lang w:val="pl-PL"/>
        </w:rPr>
        <w:t>Należy podać zakres tematyczny umożliwiający ocenę spełnienia warunku doświadczenia. W razie potrzeby można powielić wiersze tabeli.</w:t>
      </w:r>
      <w:r w:rsidR="009B23E5" w:rsidRPr="009B23E5">
        <w:rPr>
          <w:lang w:val="pl-PL"/>
        </w:rPr>
        <w:t xml:space="preserve"> Wystarczy wskazać jedno szkolenie spełniające warunek doświadczenia. Wykazanie większej liczby szkoleń jest dobrowolne; niewykorzystane wiersze można pozostawić niewypełnione lub usunąć.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14"/>
        <w:gridCol w:w="2721"/>
        <w:gridCol w:w="1474"/>
        <w:gridCol w:w="3061"/>
      </w:tblGrid>
      <w:tr w:rsidR="0088713C" w14:paraId="53444CB3" w14:textId="77777777">
        <w:trPr>
          <w:cantSplit/>
          <w:trHeight w:val="624"/>
          <w:tblHeader/>
          <w:jc w:val="center"/>
        </w:trPr>
        <w:tc>
          <w:tcPr>
            <w:tcW w:w="567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70EAD9" w14:textId="77777777" w:rsidR="0088713C" w:rsidRDefault="00D9456A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Lp.</w:t>
            </w:r>
          </w:p>
        </w:tc>
        <w:tc>
          <w:tcPr>
            <w:tcW w:w="181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EE89CF" w14:textId="77777777" w:rsidR="0088713C" w:rsidRDefault="00D9456A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Nazwa lub przedmiot szkolenia</w:t>
            </w:r>
          </w:p>
        </w:tc>
        <w:tc>
          <w:tcPr>
            <w:tcW w:w="2721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299129" w14:textId="77777777" w:rsidR="0088713C" w:rsidRDefault="00D9456A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Zakres tematyczny szkolenia</w:t>
            </w:r>
          </w:p>
        </w:tc>
        <w:tc>
          <w:tcPr>
            <w:tcW w:w="147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B285E6" w14:textId="77777777" w:rsidR="0088713C" w:rsidRDefault="00D9456A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Termin realizacji</w:t>
            </w:r>
            <w:r>
              <w:rPr>
                <w:b/>
                <w:sz w:val="19"/>
              </w:rPr>
              <w:br/>
              <w:t>od–do</w:t>
            </w:r>
          </w:p>
        </w:tc>
        <w:tc>
          <w:tcPr>
            <w:tcW w:w="3061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C77E47" w14:textId="77777777" w:rsidR="0088713C" w:rsidRDefault="00D9456A"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Podmiot, na rzecz którego szkolenie wykonano</w:t>
            </w:r>
          </w:p>
        </w:tc>
      </w:tr>
      <w:tr w:rsidR="0088713C" w14:paraId="3302B629" w14:textId="77777777">
        <w:trPr>
          <w:cantSplit/>
          <w:trHeight w:val="935"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3F3FDF" w14:textId="77777777" w:rsidR="0088713C" w:rsidRDefault="00D9456A">
            <w:pPr>
              <w:spacing w:after="0" w:line="240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824DD7" w14:textId="77777777" w:rsidR="0088713C" w:rsidRDefault="0088713C">
            <w:pPr>
              <w:spacing w:after="0" w:line="240" w:lineRule="auto"/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10673" w14:textId="77777777" w:rsidR="0088713C" w:rsidRDefault="0088713C">
            <w:pPr>
              <w:spacing w:after="0" w:line="240" w:lineRule="auto"/>
            </w:pPr>
          </w:p>
        </w:tc>
        <w:tc>
          <w:tcPr>
            <w:tcW w:w="147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913F59" w14:textId="77777777" w:rsidR="0088713C" w:rsidRDefault="0088713C">
            <w:pPr>
              <w:spacing w:after="0" w:line="240" w:lineRule="auto"/>
              <w:jc w:val="center"/>
            </w:pP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7FD71" w14:textId="77777777" w:rsidR="0088713C" w:rsidRDefault="0088713C">
            <w:pPr>
              <w:spacing w:after="0" w:line="240" w:lineRule="auto"/>
            </w:pPr>
          </w:p>
        </w:tc>
      </w:tr>
      <w:tr w:rsidR="0088713C" w14:paraId="5AB27050" w14:textId="77777777">
        <w:trPr>
          <w:cantSplit/>
          <w:trHeight w:val="935"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132222" w14:textId="77777777" w:rsidR="0088713C" w:rsidRDefault="00D9456A">
            <w:pPr>
              <w:spacing w:after="0" w:line="240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1120A9" w14:textId="77777777" w:rsidR="0088713C" w:rsidRDefault="0088713C">
            <w:pPr>
              <w:spacing w:after="0" w:line="240" w:lineRule="auto"/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1EB09C" w14:textId="77777777" w:rsidR="0088713C" w:rsidRDefault="0088713C">
            <w:pPr>
              <w:spacing w:after="0" w:line="240" w:lineRule="auto"/>
            </w:pPr>
          </w:p>
        </w:tc>
        <w:tc>
          <w:tcPr>
            <w:tcW w:w="147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6A39DF" w14:textId="77777777" w:rsidR="0088713C" w:rsidRDefault="0088713C">
            <w:pPr>
              <w:spacing w:after="0" w:line="240" w:lineRule="auto"/>
              <w:jc w:val="center"/>
            </w:pP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3AFABF" w14:textId="77777777" w:rsidR="0088713C" w:rsidRDefault="0088713C">
            <w:pPr>
              <w:spacing w:after="0" w:line="240" w:lineRule="auto"/>
            </w:pPr>
          </w:p>
        </w:tc>
      </w:tr>
      <w:tr w:rsidR="0088713C" w14:paraId="3F69932E" w14:textId="77777777">
        <w:trPr>
          <w:cantSplit/>
          <w:trHeight w:val="935"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8BA1E1" w14:textId="77777777" w:rsidR="0088713C" w:rsidRDefault="00D9456A">
            <w:pPr>
              <w:spacing w:after="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DEF09" w14:textId="77777777" w:rsidR="0088713C" w:rsidRDefault="0088713C">
            <w:pPr>
              <w:spacing w:after="0" w:line="240" w:lineRule="auto"/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57EBE2" w14:textId="77777777" w:rsidR="0088713C" w:rsidRDefault="0088713C">
            <w:pPr>
              <w:spacing w:after="0" w:line="240" w:lineRule="auto"/>
            </w:pPr>
          </w:p>
        </w:tc>
        <w:tc>
          <w:tcPr>
            <w:tcW w:w="147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011F1C" w14:textId="77777777" w:rsidR="0088713C" w:rsidRDefault="0088713C">
            <w:pPr>
              <w:spacing w:after="0" w:line="240" w:lineRule="auto"/>
              <w:jc w:val="center"/>
            </w:pP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133F21" w14:textId="77777777" w:rsidR="0088713C" w:rsidRDefault="0088713C">
            <w:pPr>
              <w:spacing w:after="0" w:line="240" w:lineRule="auto"/>
            </w:pPr>
          </w:p>
        </w:tc>
      </w:tr>
      <w:tr w:rsidR="0088713C" w14:paraId="167221B3" w14:textId="77777777">
        <w:trPr>
          <w:cantSplit/>
          <w:trHeight w:val="935"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401C68" w14:textId="77777777" w:rsidR="0088713C" w:rsidRDefault="00D9456A">
            <w:pPr>
              <w:spacing w:after="0" w:line="240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8EB3AC" w14:textId="77777777" w:rsidR="0088713C" w:rsidRDefault="0088713C">
            <w:pPr>
              <w:spacing w:after="0" w:line="240" w:lineRule="auto"/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8FAAEB" w14:textId="77777777" w:rsidR="0088713C" w:rsidRDefault="0088713C">
            <w:pPr>
              <w:spacing w:after="0" w:line="240" w:lineRule="auto"/>
            </w:pPr>
          </w:p>
        </w:tc>
        <w:tc>
          <w:tcPr>
            <w:tcW w:w="147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CE69F" w14:textId="77777777" w:rsidR="0088713C" w:rsidRDefault="0088713C">
            <w:pPr>
              <w:spacing w:after="0" w:line="240" w:lineRule="auto"/>
              <w:jc w:val="center"/>
            </w:pPr>
          </w:p>
        </w:tc>
        <w:tc>
          <w:tcPr>
            <w:tcW w:w="306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80EF1" w14:textId="77777777" w:rsidR="0088713C" w:rsidRDefault="0088713C">
            <w:pPr>
              <w:spacing w:after="0" w:line="240" w:lineRule="auto"/>
            </w:pPr>
          </w:p>
        </w:tc>
      </w:tr>
    </w:tbl>
    <w:p w14:paraId="33838F7E" w14:textId="77777777" w:rsidR="0088713C" w:rsidRDefault="00D9456A">
      <w:pPr>
        <w:spacing w:before="200"/>
      </w:pPr>
      <w:r>
        <w:t>Oświadczam/Oświadczamy, że szkolenia wskazane w wykazie zostały wykonane należycie, a podane informacje są zgodne ze stanem faktycznym.</w:t>
      </w:r>
    </w:p>
    <w:p w14:paraId="5924A8D7" w14:textId="77777777" w:rsidR="0088713C" w:rsidRDefault="00D9456A">
      <w:r>
        <w:t>Miejscowość i data: ..................................................................................................................</w:t>
      </w:r>
    </w:p>
    <w:p w14:paraId="6E6E38AA" w14:textId="77777777" w:rsidR="0088713C" w:rsidRDefault="00D9456A">
      <w:pPr>
        <w:keepNext/>
      </w:pPr>
      <w:r>
        <w:t>Imię i nazwisko osoby uprawnionej do reprezentowania Wykonawcy oraz podpis zgodnie z wymaganiami pkt 7 zapytania ofertowego:</w:t>
      </w:r>
    </w:p>
    <w:p w14:paraId="1580B591" w14:textId="77777777" w:rsidR="0088713C" w:rsidRDefault="00D9456A">
      <w:r>
        <w:t>................................................................................................................................................</w:t>
      </w:r>
    </w:p>
    <w:sectPr w:rsidR="0088713C" w:rsidSect="00034616">
      <w:headerReference w:type="default" r:id="rId8"/>
      <w:footerReference w:type="default" r:id="rId9"/>
      <w:pgSz w:w="11906" w:h="16838"/>
      <w:pgMar w:top="1559" w:right="1134" w:bottom="1077" w:left="1134" w:header="36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A119" w14:textId="77777777" w:rsidR="006E7CA6" w:rsidRDefault="006E7CA6">
      <w:pPr>
        <w:spacing w:after="0" w:line="240" w:lineRule="auto"/>
      </w:pPr>
      <w:r>
        <w:separator/>
      </w:r>
    </w:p>
  </w:endnote>
  <w:endnote w:type="continuationSeparator" w:id="0">
    <w:p w14:paraId="49785407" w14:textId="77777777" w:rsidR="006E7CA6" w:rsidRDefault="006E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F469" w14:textId="77777777" w:rsidR="005566A0" w:rsidRDefault="001D5B6B">
    <w:pPr>
      <w:pStyle w:val="Stopka"/>
      <w:jc w:val="center"/>
    </w:pPr>
    <w:r>
      <w:rPr>
        <w:noProof/>
        <w:lang w:val="pl-PL" w:eastAsia="pl-PL"/>
      </w:rPr>
      <w:drawing>
        <wp:inline distT="0" distB="0" distL="0" distR="0" wp14:anchorId="14C7C59F" wp14:editId="4EF510E5">
          <wp:extent cx="4752000" cy="284265"/>
          <wp:effectExtent l="0" t="0" r="0" b="0"/>
          <wp:docPr id="20603038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2000" cy="284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8FEB" w14:textId="77777777" w:rsidR="006E7CA6" w:rsidRDefault="006E7CA6">
      <w:pPr>
        <w:spacing w:after="0" w:line="240" w:lineRule="auto"/>
      </w:pPr>
      <w:r>
        <w:separator/>
      </w:r>
    </w:p>
  </w:footnote>
  <w:footnote w:type="continuationSeparator" w:id="0">
    <w:p w14:paraId="396D4899" w14:textId="77777777" w:rsidR="006E7CA6" w:rsidRDefault="006E7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1FCC6" w14:textId="77777777" w:rsidR="005566A0" w:rsidRDefault="001D5B6B">
    <w:pPr>
      <w:pStyle w:val="Nagwek"/>
    </w:pPr>
    <w:r>
      <w:rPr>
        <w:noProof/>
        <w:lang w:val="pl-PL" w:eastAsia="pl-PL"/>
      </w:rPr>
      <w:drawing>
        <wp:inline distT="0" distB="0" distL="0" distR="0" wp14:anchorId="4457EBAB" wp14:editId="7BF8D9C8">
          <wp:extent cx="1800000" cy="53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3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276492">
    <w:abstractNumId w:val="8"/>
  </w:num>
  <w:num w:numId="2" w16cid:durableId="2059621493">
    <w:abstractNumId w:val="6"/>
  </w:num>
  <w:num w:numId="3" w16cid:durableId="240066357">
    <w:abstractNumId w:val="5"/>
  </w:num>
  <w:num w:numId="4" w16cid:durableId="292713521">
    <w:abstractNumId w:val="4"/>
  </w:num>
  <w:num w:numId="5" w16cid:durableId="1351957220">
    <w:abstractNumId w:val="7"/>
  </w:num>
  <w:num w:numId="6" w16cid:durableId="1894467179">
    <w:abstractNumId w:val="3"/>
  </w:num>
  <w:num w:numId="7" w16cid:durableId="416026695">
    <w:abstractNumId w:val="2"/>
  </w:num>
  <w:num w:numId="8" w16cid:durableId="178349800">
    <w:abstractNumId w:val="1"/>
  </w:num>
  <w:num w:numId="9" w16cid:durableId="39901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84A"/>
    <w:rsid w:val="0015074B"/>
    <w:rsid w:val="001D5B6B"/>
    <w:rsid w:val="001F525D"/>
    <w:rsid w:val="00205F0D"/>
    <w:rsid w:val="00212F36"/>
    <w:rsid w:val="00216C3E"/>
    <w:rsid w:val="0023269A"/>
    <w:rsid w:val="0029639D"/>
    <w:rsid w:val="00326F90"/>
    <w:rsid w:val="00384DC3"/>
    <w:rsid w:val="005566A0"/>
    <w:rsid w:val="005B629D"/>
    <w:rsid w:val="0068317C"/>
    <w:rsid w:val="006E7CA6"/>
    <w:rsid w:val="00865F0F"/>
    <w:rsid w:val="0088713C"/>
    <w:rsid w:val="008954A1"/>
    <w:rsid w:val="009B23E5"/>
    <w:rsid w:val="009C53B9"/>
    <w:rsid w:val="00AA1D8D"/>
    <w:rsid w:val="00AA79E8"/>
    <w:rsid w:val="00B20EEE"/>
    <w:rsid w:val="00B25406"/>
    <w:rsid w:val="00B47730"/>
    <w:rsid w:val="00BE5D21"/>
    <w:rsid w:val="00C60F95"/>
    <w:rsid w:val="00CB0664"/>
    <w:rsid w:val="00D56B0D"/>
    <w:rsid w:val="00D8797B"/>
    <w:rsid w:val="00D9456A"/>
    <w:rsid w:val="00E51038"/>
    <w:rsid w:val="00F140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CBCB42"/>
  <w14:defaultImageDpi w14:val="300"/>
  <w15:docId w15:val="{00363AC5-A89B-4E23-9DF2-5DA05A83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keepLines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2326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269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269A"/>
    <w:rPr>
      <w:rFonts w:ascii="Arial" w:hAnsi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69A"/>
    <w:rPr>
      <w:rFonts w:ascii="Arial" w:hAnsi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6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27130-51A4-4281-B023-C3326348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szkoleń</dc:title>
  <dc:subject>Załącznik nr 4 do zapytania ofertowego USKOM dotyczącego szkolenia sieciowego NIS2</dc:subject>
  <dc:creator>python-docx</dc:creator>
  <cp:keywords/>
  <dc:description>generated by python-docx</dc:description>
  <cp:lastModifiedBy>Piotr Malczyk</cp:lastModifiedBy>
  <cp:revision>11</cp:revision>
  <dcterms:created xsi:type="dcterms:W3CDTF">2013-12-23T23:15:00Z</dcterms:created>
  <dcterms:modified xsi:type="dcterms:W3CDTF">2026-10-16T12:22:00Z</dcterms:modified>
  <cp:category/>
</cp:coreProperties>
</file>