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ACE02" w14:textId="03145797" w:rsidR="008808AB" w:rsidRDefault="00677A22">
      <w:r>
        <w:t xml:space="preserve">Znak sprawy: </w:t>
      </w:r>
      <w:r w:rsidR="00D1731D" w:rsidRPr="00D1731D">
        <w:t>ZP.CYBER.U28.2026</w:t>
      </w:r>
    </w:p>
    <w:p w14:paraId="2CADEEEE" w14:textId="77777777" w:rsidR="008808AB" w:rsidRDefault="00677A22">
      <w:r>
        <w:t>Załącznik nr 2 do zapytania ofertowego</w:t>
      </w:r>
    </w:p>
    <w:p w14:paraId="27B3EFE3" w14:textId="77777777" w:rsidR="008808AB" w:rsidRDefault="00677A22">
      <w:pPr>
        <w:pStyle w:val="Tytu"/>
        <w:jc w:val="center"/>
      </w:pPr>
      <w:r>
        <w:t>Formularz oferty</w:t>
      </w:r>
    </w:p>
    <w:p w14:paraId="3D069F9F" w14:textId="77777777" w:rsidR="008808AB" w:rsidRDefault="00677A22">
      <w:pPr>
        <w:jc w:val="center"/>
      </w:pPr>
      <w:r>
        <w:rPr>
          <w:b/>
        </w:rPr>
        <w:t>Szkolenie z bezpieczeństwa i zarządzania sieciami w kontekście wymogów NIS2 dla 1 uczestnika USKOM</w:t>
      </w:r>
    </w:p>
    <w:p w14:paraId="42266D87" w14:textId="77777777" w:rsidR="008808AB" w:rsidRDefault="00677A22">
      <w:r>
        <w:t>Projekt „Cyberbezpieczne Wodociągi”, finansowany ze środków Krajowego Planu Odbudowy i Zwiększania Odporności oraz Unii Europejskiej – NextGenerationEU, inwestycja C3.1.1 „Cyberbezpieczeństwo – CyberPL”.</w:t>
      </w:r>
    </w:p>
    <w:p w14:paraId="5744BAEB" w14:textId="77777777" w:rsidR="008808AB" w:rsidRDefault="00677A22">
      <w:r>
        <w:t>Zamawiający: Przedsiębiorstwo Usług Komunalnych „USKOM” Sp. z o.o. w Kożuchowie, ul. Elektryczna 9, 67-120 Kożuchów.</w:t>
      </w:r>
    </w:p>
    <w:p w14:paraId="02C3B246" w14:textId="77777777" w:rsidR="008808AB" w:rsidRDefault="00677A22">
      <w:pPr>
        <w:pStyle w:val="Nagwek1"/>
      </w:pPr>
      <w:r>
        <w:t>1. Dane wykonawcy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118"/>
        <w:gridCol w:w="6520"/>
      </w:tblGrid>
      <w:tr w:rsidR="008808AB" w14:paraId="5FEEAB6A" w14:textId="77777777">
        <w:trPr>
          <w:cantSplit/>
        </w:trPr>
        <w:tc>
          <w:tcPr>
            <w:tcW w:w="3118" w:type="dxa"/>
            <w:vAlign w:val="center"/>
          </w:tcPr>
          <w:p w14:paraId="289AE64C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Pełna nazwa wykonawcy</w:t>
            </w:r>
          </w:p>
        </w:tc>
        <w:tc>
          <w:tcPr>
            <w:tcW w:w="6520" w:type="dxa"/>
            <w:vAlign w:val="center"/>
          </w:tcPr>
          <w:p w14:paraId="5981B44C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................................................................................</w:t>
            </w:r>
          </w:p>
        </w:tc>
      </w:tr>
      <w:tr w:rsidR="008808AB" w14:paraId="5066E5D0" w14:textId="77777777">
        <w:trPr>
          <w:cantSplit/>
        </w:trPr>
        <w:tc>
          <w:tcPr>
            <w:tcW w:w="3118" w:type="dxa"/>
            <w:vAlign w:val="center"/>
          </w:tcPr>
          <w:p w14:paraId="6232D93F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Adres siedziby</w:t>
            </w:r>
          </w:p>
        </w:tc>
        <w:tc>
          <w:tcPr>
            <w:tcW w:w="6520" w:type="dxa"/>
            <w:vAlign w:val="center"/>
          </w:tcPr>
          <w:p w14:paraId="53C53AA0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................................................................................</w:t>
            </w:r>
          </w:p>
        </w:tc>
      </w:tr>
      <w:tr w:rsidR="008808AB" w14:paraId="63D51104" w14:textId="77777777">
        <w:trPr>
          <w:cantSplit/>
        </w:trPr>
        <w:tc>
          <w:tcPr>
            <w:tcW w:w="3118" w:type="dxa"/>
            <w:vAlign w:val="center"/>
          </w:tcPr>
          <w:p w14:paraId="168B46AA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NIP i REGON</w:t>
            </w:r>
          </w:p>
        </w:tc>
        <w:tc>
          <w:tcPr>
            <w:tcW w:w="6520" w:type="dxa"/>
            <w:vAlign w:val="center"/>
          </w:tcPr>
          <w:p w14:paraId="7822A306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................................................................................</w:t>
            </w:r>
          </w:p>
        </w:tc>
      </w:tr>
      <w:tr w:rsidR="008808AB" w14:paraId="546E80FD" w14:textId="77777777">
        <w:trPr>
          <w:cantSplit/>
        </w:trPr>
        <w:tc>
          <w:tcPr>
            <w:tcW w:w="3118" w:type="dxa"/>
            <w:vAlign w:val="center"/>
          </w:tcPr>
          <w:p w14:paraId="7FFABFC2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Adres e-mail do korespondencji</w:t>
            </w:r>
          </w:p>
        </w:tc>
        <w:tc>
          <w:tcPr>
            <w:tcW w:w="6520" w:type="dxa"/>
            <w:vAlign w:val="center"/>
          </w:tcPr>
          <w:p w14:paraId="519B789A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................................................................................</w:t>
            </w:r>
          </w:p>
        </w:tc>
      </w:tr>
      <w:tr w:rsidR="008808AB" w14:paraId="3271D38D" w14:textId="77777777">
        <w:trPr>
          <w:cantSplit/>
        </w:trPr>
        <w:tc>
          <w:tcPr>
            <w:tcW w:w="3118" w:type="dxa"/>
            <w:vAlign w:val="center"/>
          </w:tcPr>
          <w:p w14:paraId="2E5749F8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Osoba do kontaktu i telefon</w:t>
            </w:r>
          </w:p>
        </w:tc>
        <w:tc>
          <w:tcPr>
            <w:tcW w:w="6520" w:type="dxa"/>
            <w:vAlign w:val="center"/>
          </w:tcPr>
          <w:p w14:paraId="65BD83B0" w14:textId="77777777" w:rsidR="008808AB" w:rsidRDefault="00677A22">
            <w:pPr>
              <w:spacing w:before="20" w:after="20"/>
            </w:pPr>
            <w:r>
              <w:rPr>
                <w:sz w:val="19"/>
              </w:rPr>
              <w:t>................................................................................</w:t>
            </w:r>
          </w:p>
        </w:tc>
      </w:tr>
    </w:tbl>
    <w:p w14:paraId="53CD8F2E" w14:textId="77777777" w:rsidR="008808AB" w:rsidRDefault="00677A22">
      <w:pPr>
        <w:pStyle w:val="Nagwek1"/>
      </w:pPr>
      <w:r>
        <w:t>2. Oferowany przedmiot i cena</w:t>
      </w:r>
    </w:p>
    <w:p w14:paraId="0FFAB214" w14:textId="77777777" w:rsidR="008808AB" w:rsidRDefault="00677A22">
      <w:r>
        <w:t>Oferujemy przeprowadzenie kompletnego szkolenia dla 1 uczestnika, zgodnie z zapytaniem ofertowym i załącznikiem nr 1 – Opisem przedmiotu zamówienia (OPZ), za następującą łączną cenę: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324"/>
        <w:gridCol w:w="2098"/>
        <w:gridCol w:w="2324"/>
        <w:gridCol w:w="2891"/>
      </w:tblGrid>
      <w:tr w:rsidR="008808AB" w14:paraId="3877B4E3" w14:textId="77777777">
        <w:trPr>
          <w:cantSplit/>
          <w:tblHeader/>
        </w:trPr>
        <w:tc>
          <w:tcPr>
            <w:tcW w:w="2324" w:type="dxa"/>
            <w:shd w:val="clear" w:color="auto" w:fill="EDEDED"/>
            <w:vAlign w:val="center"/>
          </w:tcPr>
          <w:p w14:paraId="1F8E5EFE" w14:textId="77777777" w:rsidR="008808AB" w:rsidRDefault="00677A22">
            <w:pPr>
              <w:spacing w:before="20" w:after="20"/>
              <w:jc w:val="center"/>
            </w:pPr>
            <w:r>
              <w:rPr>
                <w:b/>
                <w:sz w:val="19"/>
              </w:rPr>
              <w:t>Cena netto</w:t>
            </w:r>
            <w:r>
              <w:rPr>
                <w:b/>
                <w:sz w:val="19"/>
              </w:rPr>
              <w:br/>
              <w:t>PLN</w:t>
            </w:r>
          </w:p>
        </w:tc>
        <w:tc>
          <w:tcPr>
            <w:tcW w:w="2098" w:type="dxa"/>
            <w:shd w:val="clear" w:color="auto" w:fill="EDEDED"/>
            <w:vAlign w:val="center"/>
          </w:tcPr>
          <w:p w14:paraId="33DEF2D1" w14:textId="77777777" w:rsidR="008808AB" w:rsidRDefault="00677A22">
            <w:pPr>
              <w:spacing w:before="20" w:after="20"/>
              <w:jc w:val="center"/>
            </w:pPr>
            <w:r>
              <w:rPr>
                <w:b/>
                <w:sz w:val="19"/>
              </w:rPr>
              <w:t>Stawka VAT</w:t>
            </w:r>
            <w:r>
              <w:rPr>
                <w:b/>
                <w:sz w:val="19"/>
              </w:rPr>
              <w:br/>
              <w:t>% lub „zw.”</w:t>
            </w:r>
          </w:p>
        </w:tc>
        <w:tc>
          <w:tcPr>
            <w:tcW w:w="2324" w:type="dxa"/>
            <w:shd w:val="clear" w:color="auto" w:fill="EDEDED"/>
            <w:vAlign w:val="center"/>
          </w:tcPr>
          <w:p w14:paraId="0B160CC7" w14:textId="77777777" w:rsidR="008808AB" w:rsidRDefault="00677A22">
            <w:pPr>
              <w:spacing w:before="20" w:after="20"/>
              <w:jc w:val="center"/>
            </w:pPr>
            <w:r>
              <w:rPr>
                <w:b/>
                <w:sz w:val="19"/>
              </w:rPr>
              <w:t>Kwota VAT</w:t>
            </w:r>
            <w:r>
              <w:rPr>
                <w:b/>
                <w:sz w:val="19"/>
              </w:rPr>
              <w:br/>
              <w:t>PLN</w:t>
            </w:r>
          </w:p>
        </w:tc>
        <w:tc>
          <w:tcPr>
            <w:tcW w:w="2891" w:type="dxa"/>
            <w:shd w:val="clear" w:color="auto" w:fill="EDEDED"/>
            <w:vAlign w:val="center"/>
          </w:tcPr>
          <w:p w14:paraId="67F4E164" w14:textId="77777777" w:rsidR="008808AB" w:rsidRDefault="00677A22">
            <w:pPr>
              <w:spacing w:before="20" w:after="20"/>
              <w:jc w:val="center"/>
            </w:pPr>
            <w:r>
              <w:rPr>
                <w:b/>
                <w:sz w:val="19"/>
              </w:rPr>
              <w:t>Łączna cena brutto</w:t>
            </w:r>
            <w:r>
              <w:rPr>
                <w:b/>
                <w:sz w:val="19"/>
              </w:rPr>
              <w:br/>
              <w:t>PLN</w:t>
            </w:r>
          </w:p>
        </w:tc>
      </w:tr>
      <w:tr w:rsidR="008808AB" w14:paraId="2A242388" w14:textId="77777777">
        <w:trPr>
          <w:cantSplit/>
        </w:trPr>
        <w:tc>
          <w:tcPr>
            <w:tcW w:w="2324" w:type="dxa"/>
            <w:vAlign w:val="center"/>
          </w:tcPr>
          <w:p w14:paraId="63633018" w14:textId="77777777" w:rsidR="008808AB" w:rsidRDefault="00677A22">
            <w:pPr>
              <w:spacing w:before="20" w:after="20"/>
              <w:jc w:val="center"/>
            </w:pPr>
            <w:r>
              <w:rPr>
                <w:sz w:val="19"/>
              </w:rPr>
              <w:t>........................</w:t>
            </w:r>
          </w:p>
        </w:tc>
        <w:tc>
          <w:tcPr>
            <w:tcW w:w="2098" w:type="dxa"/>
            <w:vAlign w:val="center"/>
          </w:tcPr>
          <w:p w14:paraId="6F38FB6E" w14:textId="77777777" w:rsidR="008808AB" w:rsidRDefault="00677A22">
            <w:pPr>
              <w:spacing w:before="20" w:after="20"/>
              <w:jc w:val="center"/>
            </w:pPr>
            <w:r>
              <w:rPr>
                <w:sz w:val="19"/>
              </w:rPr>
              <w:t>........................</w:t>
            </w:r>
          </w:p>
        </w:tc>
        <w:tc>
          <w:tcPr>
            <w:tcW w:w="2324" w:type="dxa"/>
            <w:vAlign w:val="center"/>
          </w:tcPr>
          <w:p w14:paraId="7812AEAF" w14:textId="77777777" w:rsidR="008808AB" w:rsidRDefault="00677A22">
            <w:pPr>
              <w:spacing w:before="20" w:after="20"/>
              <w:jc w:val="center"/>
            </w:pPr>
            <w:r>
              <w:rPr>
                <w:sz w:val="19"/>
              </w:rPr>
              <w:t>........................</w:t>
            </w:r>
          </w:p>
        </w:tc>
        <w:tc>
          <w:tcPr>
            <w:tcW w:w="2891" w:type="dxa"/>
            <w:vAlign w:val="center"/>
          </w:tcPr>
          <w:p w14:paraId="7FC455FF" w14:textId="77777777" w:rsidR="008808AB" w:rsidRDefault="00677A22">
            <w:pPr>
              <w:spacing w:before="20" w:after="20"/>
              <w:jc w:val="center"/>
            </w:pPr>
            <w:r>
              <w:rPr>
                <w:sz w:val="19"/>
              </w:rPr>
              <w:t>........................</w:t>
            </w:r>
          </w:p>
        </w:tc>
      </w:tr>
    </w:tbl>
    <w:p w14:paraId="4773D0AD" w14:textId="77777777" w:rsidR="008808AB" w:rsidRDefault="00677A22">
      <w:pPr>
        <w:spacing w:before="80"/>
      </w:pPr>
      <w:r>
        <w:t>Status VAT: sprzedaż opodatkowana / sprzedaż zwolniona z VAT (niepotrzebne skreślić). Przy opodatkowaniu należy podać cenę netto, stawkę i kwotę VAT oraz cenę brutto. Przy zwolnieniu należy wpisać „zw.”, kwotę VAT 0,00 PLN i podstawę zwolnienia; cena netto jest wówczas równa cenie brutto.</w:t>
      </w:r>
    </w:p>
    <w:p w14:paraId="4119667F" w14:textId="77777777" w:rsidR="008808AB" w:rsidRDefault="00677A22">
      <w:r>
        <w:t>Podstawa zwolnienia z VAT – jeżeli dotyczy: ........................................................................</w:t>
      </w:r>
      <w:r>
        <w:br/>
        <w:t>........................................................................................................................................</w:t>
      </w:r>
    </w:p>
    <w:p w14:paraId="067DF453" w14:textId="77777777" w:rsidR="008808AB" w:rsidRDefault="00677A22">
      <w:r>
        <w:t>Cena obejmuje cały wymagany program, zagadnienia NIS2/KSC w ramach szkolenia lub wyodrębnionego modułu, udział instruktora, dostęp do zajęć i laboratoriów, narzędzia i licencje, materiały elektroniczne, imienne zaświadczenie oraz dokumentację odbiorową. Cena nie obejmuje opłaty za egzamin certyfikacyjny ani vouchera egzaminacyjnego.</w:t>
      </w:r>
    </w:p>
    <w:p w14:paraId="2912D3FE" w14:textId="77777777" w:rsidR="008808AB" w:rsidRDefault="00677A22">
      <w:pPr>
        <w:pStyle w:val="Nagwek1"/>
      </w:pPr>
      <w:r>
        <w:t>3. Parametry oferowanego szkolenia i certyfikacja</w:t>
      </w:r>
    </w:p>
    <w:p w14:paraId="525B87D2" w14:textId="77777777" w:rsidR="008808AB" w:rsidRDefault="00677A22">
      <w:r>
        <w:t>Liczba dni szkoleniowych: ................ (minimum 5).</w:t>
      </w:r>
      <w:r>
        <w:br/>
        <w:t>Liczba godzin dydaktycznych: ................ (minimum 35; 1 godzina = 45 minut, bez przerw).</w:t>
      </w:r>
    </w:p>
    <w:p w14:paraId="1C76673F" w14:textId="77777777" w:rsidR="008808AB" w:rsidRDefault="00677A22">
      <w:r>
        <w:t>Szkolenie przygotowuje do (zaznaczyć jeden wariant):</w:t>
      </w:r>
      <w:r>
        <w:br/>
        <w:t>☐ egzaminu CompTIA Network+;</w:t>
      </w:r>
      <w:r>
        <w:br/>
        <w:t>☐ egzaminu prowadzącego do certyfikacji równoważnej.</w:t>
      </w:r>
    </w:p>
    <w:p w14:paraId="05639B34" w14:textId="77777777" w:rsidR="008808AB" w:rsidRDefault="00677A22">
      <w:r>
        <w:t>Nazwa certyfikacji i podmiot prowadzący certyfikację:</w:t>
      </w:r>
      <w:r>
        <w:br/>
        <w:t>........................................................................................................................................</w:t>
      </w:r>
    </w:p>
    <w:p w14:paraId="5945E006" w14:textId="77777777" w:rsidR="008808AB" w:rsidRDefault="00677A22">
      <w:r>
        <w:t>Dla certyfikacji równoważnej: publiczny program lub zakres egzaminu (adres internetowy albo wskazanie dołączonego dokumentu):</w:t>
      </w:r>
      <w:r>
        <w:br/>
        <w:t>........................................................................................................................................</w:t>
      </w:r>
    </w:p>
    <w:p w14:paraId="68B0209E" w14:textId="77777777" w:rsidR="008808AB" w:rsidRDefault="00677A22">
      <w:pPr>
        <w:pStyle w:val="Nagwek1"/>
        <w:pageBreakBefore/>
      </w:pPr>
      <w:r>
        <w:lastRenderedPageBreak/>
        <w:t>4. Oświadczenia wykonawcy</w:t>
      </w:r>
    </w:p>
    <w:p w14:paraId="47E03074" w14:textId="77777777" w:rsidR="008808AB" w:rsidRDefault="00677A22">
      <w:pPr>
        <w:ind w:left="240" w:hanging="240"/>
      </w:pPr>
      <w:r>
        <w:t>1) Zapoznaliśmy się z zapytaniem ofertowym i OPZ. Oferujemy wykonanie całego wymaganego zakresu bez zastrzeżeń i bez dodatkowych opłat za elementy objęte zamówieniem.</w:t>
      </w:r>
    </w:p>
    <w:p w14:paraId="7EAFB0EC" w14:textId="77777777" w:rsidR="008808AB" w:rsidRDefault="00677A22">
      <w:pPr>
        <w:ind w:left="240" w:hanging="240"/>
      </w:pPr>
      <w:r>
        <w:t>2) Przeprowadzimy szkolenie online w czasie rzeczywistym, w języku polskim, z bezpośrednim udziałem instruktora, możliwością bieżącego zadawania pytań oraz konsultowania wykonywanych ćwiczeń. Zapewnimy co najmniej 5 dni i co najmniej 35 godzin dydaktycznych zajęć, bez wliczania przerw.</w:t>
      </w:r>
    </w:p>
    <w:p w14:paraId="35234552" w14:textId="77777777" w:rsidR="008808AB" w:rsidRDefault="00677A22">
      <w:pPr>
        <w:ind w:left="240" w:hanging="240"/>
      </w:pPr>
      <w:r>
        <w:t>3) Zapewnimy część teoretyczną i praktyczne laboratoria, indywidualny dostęp uczestnika do środowiska umożliwiającego samodzielne ćwiczenia oraz wszystkie platformy, narzędzia, licencje i materiały elektroniczne wymagane w OPZ, bez dodatkowych kosztów.</w:t>
      </w:r>
    </w:p>
    <w:p w14:paraId="252730BC" w14:textId="77777777" w:rsidR="008808AB" w:rsidRDefault="00677A22">
      <w:pPr>
        <w:ind w:left="240" w:hanging="240"/>
      </w:pPr>
      <w:r>
        <w:t>4) Zrealizujemy całe szkolenie nie później niż do 15 listopada 2026 r. Szczegółowe terminy i godziny zajęć uzgodnimy wcześniej z Zamawiającym; nie wyznaczymy ich jednostronnie.</w:t>
      </w:r>
    </w:p>
    <w:p w14:paraId="6B855CE2" w14:textId="77777777" w:rsidR="008808AB" w:rsidRDefault="00677A22">
      <w:pPr>
        <w:ind w:left="240" w:hanging="240"/>
      </w:pPr>
      <w:r>
        <w:t>5) Zapewnimy przygotowanie do wskazanego w pkt 3 formularza zewnętrznego egzaminu certyfikacyjnego, zgodnie z pkt 6 OPZ. W przypadku certyfikacji równoważnej dołączamy informacje pozwalające zweryfikować wymagane obszary kompetencji i poziom merytoryczny egzaminu.</w:t>
      </w:r>
    </w:p>
    <w:p w14:paraId="764939F7" w14:textId="77777777" w:rsidR="008808AB" w:rsidRDefault="00677A22">
      <w:pPr>
        <w:ind w:left="240" w:hanging="240"/>
      </w:pPr>
      <w:r>
        <w:t>6) Po zakończeniu szkolenia przekażemy imienne zaświadczenie o ukończeniu, program zrealizowanego szkolenia z zakresem tematycznym i liczbą godzin, dokument potwierdzający udział uczestnika oraz materiały szkoleniowe. Zaświadczenie potwierdza udział w szkoleniu i nie jest certyfikatem uzyskiwanym po zdaniu zewnętrznego egzaminu. Przystąpienie do egzaminu ani jego zdanie nie stanowi warunku odbioru usługi.</w:t>
      </w:r>
    </w:p>
    <w:p w14:paraId="7241C046" w14:textId="77777777" w:rsidR="008808AB" w:rsidRDefault="00677A22">
      <w:pPr>
        <w:ind w:left="240" w:hanging="240"/>
      </w:pPr>
      <w:r>
        <w:t>7) Spełniamy warunek doświadczenia określony w pkt 4 zapytania ofertowego i pkt 9 OPZ. Wraz z ofertą składamy wykaz wykonanych szkoleń według załącznika nr 4. Dowody należytego wykonania wskazanych szkoleń przedstawimy na żądanie Zamawiającego.</w:t>
      </w:r>
    </w:p>
    <w:p w14:paraId="5F7A2DE5" w14:textId="77777777" w:rsidR="008808AB" w:rsidRDefault="00677A22">
      <w:pPr>
        <w:ind w:left="240" w:hanging="240"/>
      </w:pPr>
      <w:r>
        <w:t>8) Jeżeli dotyczy, dopełniliśmy obowiązków informacyjnych z art. 13 lub 14 RODO wobec osób, których dane przekazujemy Zamawiającemu w związku ze złożeniem oferty.</w:t>
      </w:r>
    </w:p>
    <w:p w14:paraId="6D3F9CC1" w14:textId="77777777" w:rsidR="008808AB" w:rsidRDefault="00677A22">
      <w:pPr>
        <w:ind w:left="240" w:hanging="240"/>
      </w:pPr>
      <w:r>
        <w:t>9) Oświadczamy, że wobec Wykonawcy nie zachodzą przesłanki wykluczenia określone w art. 7 ust. 1 ustawy z dnia 13 kwietnia 2022 r. o szczególnych rozwiązaniach w zakresie przeciwdziałania wspieraniu agresji na Ukrainę oraz służących ochronie bezpieczeństwa narodowego.</w:t>
      </w:r>
    </w:p>
    <w:p w14:paraId="3C6D8DE7" w14:textId="77777777" w:rsidR="008808AB" w:rsidRDefault="00677A22">
      <w:pPr>
        <w:ind w:left="240" w:hanging="240"/>
      </w:pPr>
      <w:r>
        <w:t>10) Pozostajemy związani ofertą przez 30 dni od dnia upływu terminu składania ofert. W przypadku wyboru naszej oferty zobowiązujemy się zawrzeć umowę zgodną z projektem stanowiącym załącznik nr 3 do zapytania oraz z treścią naszej oferty.</w:t>
      </w:r>
    </w:p>
    <w:p w14:paraId="51E99F13" w14:textId="77777777" w:rsidR="008808AB" w:rsidRDefault="00677A22">
      <w:pPr>
        <w:pStyle w:val="Nagwek1"/>
      </w:pPr>
      <w:r>
        <w:t>5. Załączniki do oferty</w:t>
      </w:r>
    </w:p>
    <w:p w14:paraId="0A8872AC" w14:textId="77777777" w:rsidR="008808AB" w:rsidRDefault="00677A22">
      <w:r>
        <w:t>1) Wykaz wykonanych szkoleń – załącznik nr 4.</w:t>
      </w:r>
      <w:r>
        <w:br/>
        <w:t>2) Program oferowanego szkolenia obejmujący zakres tematyczny, liczbę dni i godzin dydaktycznych, formę realizacji, laboratoria oraz odniesienie do NIS2/KSC.</w:t>
      </w:r>
      <w:r>
        <w:br/>
        <w:t>3) Informacje, dokumenty lub odnośniki umożliwiające weryfikację certyfikacji równoważnej – jeżeli dotyczy.</w:t>
      </w:r>
      <w:r>
        <w:br/>
        <w:t>4) Dokument potwierdzający umocowanie osoby podpisującej ofertę – jeżeli umocowanie nie wynika z właściwego rejestru lub ofertę podpisuje pełnomocnik.</w:t>
      </w:r>
    </w:p>
    <w:p w14:paraId="2FA3F100" w14:textId="77777777" w:rsidR="008808AB" w:rsidRDefault="00677A22">
      <w:r>
        <w:t>Dowody należytego wykonania szkoleń składane są na żądanie Zamawiającego.</w:t>
      </w:r>
    </w:p>
    <w:p w14:paraId="3F614F89" w14:textId="77777777" w:rsidR="008808AB" w:rsidRDefault="00677A22">
      <w:r>
        <w:t>Miejscowość i data: ........................................................................................................</w:t>
      </w:r>
    </w:p>
    <w:p w14:paraId="13352000" w14:textId="77777777" w:rsidR="008808AB" w:rsidRDefault="00677A22">
      <w:r>
        <w:t>Imię i nazwisko osoby uprawnionej do reprezentowania Wykonawcy oraz podpis zgodnie z pkt 7 zapytania ofertowego:</w:t>
      </w:r>
    </w:p>
    <w:p w14:paraId="781962AF" w14:textId="77777777" w:rsidR="008808AB" w:rsidRDefault="00677A22">
      <w:r>
        <w:t>........................................................................................................................................</w:t>
      </w:r>
    </w:p>
    <w:sectPr w:rsidR="008808AB" w:rsidSect="00034616">
      <w:headerReference w:type="default" r:id="rId8"/>
      <w:footerReference w:type="default" r:id="rId9"/>
      <w:pgSz w:w="11906" w:h="16838"/>
      <w:pgMar w:top="1559" w:right="1134" w:bottom="1077" w:left="1134" w:header="369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79200" w14:textId="77777777" w:rsidR="001F3F0E" w:rsidRDefault="001F3F0E">
      <w:pPr>
        <w:spacing w:after="0" w:line="240" w:lineRule="auto"/>
      </w:pPr>
      <w:r>
        <w:separator/>
      </w:r>
    </w:p>
  </w:endnote>
  <w:endnote w:type="continuationSeparator" w:id="0">
    <w:p w14:paraId="5313B07B" w14:textId="77777777" w:rsidR="001F3F0E" w:rsidRDefault="001F3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74A7" w14:textId="77777777" w:rsidR="005566A0" w:rsidRDefault="001D5B6B">
    <w:pPr>
      <w:pStyle w:val="Stopka"/>
      <w:jc w:val="center"/>
    </w:pPr>
    <w:r>
      <w:rPr>
        <w:noProof/>
        <w:lang w:val="pl-PL" w:eastAsia="pl-PL"/>
      </w:rPr>
      <w:drawing>
        <wp:inline distT="0" distB="0" distL="0" distR="0" wp14:anchorId="14C7C59F" wp14:editId="4EF510E5">
          <wp:extent cx="4752000" cy="284265"/>
          <wp:effectExtent l="0" t="0" r="0" b="0"/>
          <wp:docPr id="20603038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2000" cy="284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31309" w14:textId="77777777" w:rsidR="001F3F0E" w:rsidRDefault="001F3F0E">
      <w:pPr>
        <w:spacing w:after="0" w:line="240" w:lineRule="auto"/>
      </w:pPr>
      <w:r>
        <w:separator/>
      </w:r>
    </w:p>
  </w:footnote>
  <w:footnote w:type="continuationSeparator" w:id="0">
    <w:p w14:paraId="00131364" w14:textId="77777777" w:rsidR="001F3F0E" w:rsidRDefault="001F3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67B5" w14:textId="77777777" w:rsidR="005566A0" w:rsidRDefault="001D5B6B">
    <w:pPr>
      <w:pStyle w:val="Nagwek"/>
    </w:pPr>
    <w:r>
      <w:rPr>
        <w:noProof/>
        <w:lang w:val="pl-PL" w:eastAsia="pl-PL"/>
      </w:rPr>
      <w:drawing>
        <wp:inline distT="0" distB="0" distL="0" distR="0" wp14:anchorId="4457EBAB" wp14:editId="7BF8D9C8">
          <wp:extent cx="1800000" cy="53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53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1276492">
    <w:abstractNumId w:val="8"/>
  </w:num>
  <w:num w:numId="2" w16cid:durableId="2059621493">
    <w:abstractNumId w:val="6"/>
  </w:num>
  <w:num w:numId="3" w16cid:durableId="240066357">
    <w:abstractNumId w:val="5"/>
  </w:num>
  <w:num w:numId="4" w16cid:durableId="292713521">
    <w:abstractNumId w:val="4"/>
  </w:num>
  <w:num w:numId="5" w16cid:durableId="1351957220">
    <w:abstractNumId w:val="7"/>
  </w:num>
  <w:num w:numId="6" w16cid:durableId="1894467179">
    <w:abstractNumId w:val="3"/>
  </w:num>
  <w:num w:numId="7" w16cid:durableId="416026695">
    <w:abstractNumId w:val="2"/>
  </w:num>
  <w:num w:numId="8" w16cid:durableId="178349800">
    <w:abstractNumId w:val="1"/>
  </w:num>
  <w:num w:numId="9" w16cid:durableId="399014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84A"/>
    <w:rsid w:val="0015074B"/>
    <w:rsid w:val="001D5B6B"/>
    <w:rsid w:val="001F3F0E"/>
    <w:rsid w:val="00205F0D"/>
    <w:rsid w:val="00216C3E"/>
    <w:rsid w:val="0023269A"/>
    <w:rsid w:val="0029639D"/>
    <w:rsid w:val="002B00EF"/>
    <w:rsid w:val="00326F90"/>
    <w:rsid w:val="00487383"/>
    <w:rsid w:val="005566A0"/>
    <w:rsid w:val="00677A22"/>
    <w:rsid w:val="0068317C"/>
    <w:rsid w:val="006B14F0"/>
    <w:rsid w:val="00865F0F"/>
    <w:rsid w:val="008808AB"/>
    <w:rsid w:val="009C53B9"/>
    <w:rsid w:val="00A470A3"/>
    <w:rsid w:val="00AA1D8D"/>
    <w:rsid w:val="00AA79E8"/>
    <w:rsid w:val="00B20EEE"/>
    <w:rsid w:val="00B25406"/>
    <w:rsid w:val="00B47730"/>
    <w:rsid w:val="00BE5D21"/>
    <w:rsid w:val="00C625F5"/>
    <w:rsid w:val="00CB0664"/>
    <w:rsid w:val="00CB10E5"/>
    <w:rsid w:val="00D1731D"/>
    <w:rsid w:val="00D52B3E"/>
    <w:rsid w:val="00D56B0D"/>
    <w:rsid w:val="00D8797B"/>
    <w:rsid w:val="00E51038"/>
    <w:rsid w:val="00E66D72"/>
    <w:rsid w:val="00F140F8"/>
    <w:rsid w:val="00F32B2B"/>
    <w:rsid w:val="00F67C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DCCE7C"/>
  <w14:defaultImageDpi w14:val="330"/>
  <w15:docId w15:val="{97BDEE9B-AD21-417A-BAE8-72ADE334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2326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269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269A"/>
    <w:rPr>
      <w:rFonts w:ascii="Arial" w:hAnsi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26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269A"/>
    <w:rPr>
      <w:rFonts w:ascii="Arial" w:hAnsi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69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C27130-51A4-4281-B023-C3326348F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5604</Characters>
  <Application>Microsoft Office Word</Application>
  <DocSecurity>0</DocSecurity>
  <Lines>46</Lines>
  <Paragraphs>13</Paragraphs>
  <ScaleCrop>false</ScaleCrop>
  <Manager/>
  <Company/>
  <LinksUpToDate>false</LinksUpToDate>
  <CharactersWithSpaces>6524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Piotr Malczyk</cp:lastModifiedBy>
  <cp:revision>3</cp:revision>
  <dcterms:created xsi:type="dcterms:W3CDTF">2026-10-07T17:50:00Z</dcterms:created>
  <dcterms:modified xsi:type="dcterms:W3CDTF">2026-10-19T10:29:00Z</dcterms:modified>
  <cp:category/>
</cp:coreProperties>
</file>