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550D7" w14:textId="7A8B7B2B" w:rsidR="00384DC3" w:rsidRPr="009B54AC" w:rsidRDefault="00E1619A">
      <w:pPr>
        <w:keepLines/>
        <w:spacing w:after="20"/>
        <w:jc w:val="right"/>
        <w:rPr>
          <w:rFonts w:ascii="Calibri" w:hAnsi="Calibri" w:cs="Calibri"/>
          <w:sz w:val="22"/>
          <w:lang w:val="pl-PL"/>
        </w:rPr>
      </w:pPr>
      <w:r w:rsidRPr="009B54AC">
        <w:rPr>
          <w:rFonts w:ascii="Calibri" w:hAnsi="Calibri" w:cs="Calibri"/>
          <w:sz w:val="22"/>
          <w:lang w:val="pl-PL"/>
        </w:rPr>
        <w:t>Znak sprawy: ZP.CYBER.U02.2026</w:t>
      </w:r>
    </w:p>
    <w:p w14:paraId="58BB0565" w14:textId="77777777" w:rsidR="00384DC3" w:rsidRPr="009B54AC" w:rsidRDefault="00E1619A">
      <w:pPr>
        <w:keepLines/>
        <w:spacing w:after="0"/>
        <w:jc w:val="right"/>
        <w:rPr>
          <w:rFonts w:ascii="Calibri" w:hAnsi="Calibri" w:cs="Calibri"/>
          <w:sz w:val="22"/>
          <w:lang w:val="pl-PL"/>
        </w:rPr>
      </w:pPr>
      <w:r w:rsidRPr="009B54AC">
        <w:rPr>
          <w:rFonts w:ascii="Calibri" w:hAnsi="Calibri" w:cs="Calibri"/>
          <w:sz w:val="22"/>
          <w:lang w:val="pl-PL"/>
        </w:rPr>
        <w:t>Załącznik nr 4 do zapytania ofertowego</w:t>
      </w:r>
    </w:p>
    <w:p w14:paraId="1C61B05D" w14:textId="77777777" w:rsidR="00C60F95" w:rsidRPr="009B54AC" w:rsidRDefault="00C60F95">
      <w:pPr>
        <w:pStyle w:val="Tytu"/>
        <w:spacing w:after="0"/>
        <w:jc w:val="center"/>
        <w:rPr>
          <w:rFonts w:ascii="Calibri" w:hAnsi="Calibri" w:cs="Calibri"/>
          <w:sz w:val="22"/>
          <w:szCs w:val="22"/>
          <w:lang w:val="pl-PL"/>
        </w:rPr>
      </w:pPr>
    </w:p>
    <w:p w14:paraId="19CAE3DD" w14:textId="21B44903" w:rsidR="00384DC3" w:rsidRPr="009B54AC" w:rsidRDefault="00E1619A">
      <w:pPr>
        <w:pStyle w:val="Tytu"/>
        <w:keepLines/>
        <w:spacing w:after="0"/>
        <w:jc w:val="center"/>
        <w:rPr>
          <w:rFonts w:ascii="Calibri" w:hAnsi="Calibri" w:cs="Calibri"/>
          <w:sz w:val="22"/>
          <w:szCs w:val="22"/>
          <w:lang w:val="pl-PL"/>
        </w:rPr>
      </w:pPr>
      <w:r w:rsidRPr="009B54AC">
        <w:rPr>
          <w:rFonts w:ascii="Calibri" w:hAnsi="Calibri" w:cs="Calibri"/>
          <w:sz w:val="22"/>
          <w:szCs w:val="22"/>
          <w:lang w:val="pl-PL"/>
        </w:rPr>
        <w:t>Wykaz wykonanych usług</w:t>
      </w:r>
    </w:p>
    <w:p w14:paraId="1794458B" w14:textId="0EA02DB8" w:rsidR="00384DC3" w:rsidRPr="009B54AC" w:rsidRDefault="00E1619A">
      <w:pPr>
        <w:keepLines/>
        <w:jc w:val="center"/>
        <w:rPr>
          <w:rFonts w:ascii="Calibri" w:hAnsi="Calibri" w:cs="Calibri"/>
          <w:sz w:val="22"/>
          <w:lang w:val="pl-PL"/>
        </w:rPr>
      </w:pPr>
      <w:r w:rsidRPr="009B54AC">
        <w:rPr>
          <w:rFonts w:ascii="Calibri" w:hAnsi="Calibri" w:cs="Calibri"/>
          <w:b/>
          <w:sz w:val="22"/>
          <w:lang w:val="pl-PL"/>
        </w:rPr>
        <w:t xml:space="preserve">Skan </w:t>
      </w:r>
      <w:r w:rsidR="009B54AC" w:rsidRPr="009B54AC">
        <w:rPr>
          <w:rFonts w:ascii="Calibri" w:hAnsi="Calibri" w:cs="Calibri"/>
          <w:b/>
          <w:sz w:val="22"/>
          <w:lang w:val="pl-PL"/>
        </w:rPr>
        <w:t xml:space="preserve">pasywny </w:t>
      </w:r>
      <w:r w:rsidRPr="009B54AC">
        <w:rPr>
          <w:rFonts w:ascii="Calibri" w:hAnsi="Calibri" w:cs="Calibri"/>
          <w:b/>
          <w:sz w:val="22"/>
          <w:lang w:val="pl-PL"/>
        </w:rPr>
        <w:t>bezpieczeństwa aplikacji i systemów IT</w:t>
      </w:r>
    </w:p>
    <w:p w14:paraId="2E3C9813" w14:textId="6AB7A312" w:rsidR="00384DC3" w:rsidRPr="009B54AC" w:rsidRDefault="00384DC3">
      <w:pPr>
        <w:spacing w:after="140"/>
        <w:jc w:val="both"/>
        <w:rPr>
          <w:rFonts w:ascii="Calibri" w:hAnsi="Calibri" w:cs="Calibri"/>
          <w:sz w:val="22"/>
          <w:lang w:val="pl-PL"/>
        </w:rPr>
      </w:pPr>
    </w:p>
    <w:p w14:paraId="65A2DBAE" w14:textId="3BFECF94" w:rsidR="00384DC3" w:rsidRPr="009B54AC" w:rsidRDefault="009B54AC">
      <w:pPr>
        <w:pStyle w:val="Nagwek1"/>
        <w:spacing w:after="60"/>
        <w:rPr>
          <w:rFonts w:ascii="Calibri" w:hAnsi="Calibri" w:cs="Calibri"/>
          <w:szCs w:val="22"/>
          <w:lang w:val="pl-PL"/>
        </w:rPr>
      </w:pPr>
      <w:r w:rsidRPr="009B54AC">
        <w:rPr>
          <w:rFonts w:ascii="Calibri" w:hAnsi="Calibri" w:cs="Calibri"/>
          <w:szCs w:val="22"/>
          <w:lang w:val="pl-PL"/>
        </w:rPr>
        <w:t xml:space="preserve"> </w:t>
      </w:r>
      <w:r w:rsidR="00E1619A" w:rsidRPr="009B54AC">
        <w:rPr>
          <w:rFonts w:ascii="Calibri" w:hAnsi="Calibri" w:cs="Calibri"/>
          <w:szCs w:val="22"/>
          <w:lang w:val="pl-PL"/>
        </w:rPr>
        <w:t>Wykonawca</w:t>
      </w:r>
    </w:p>
    <w:tbl>
      <w:tblPr>
        <w:tblW w:w="0" w:type="auto"/>
        <w:jc w:val="center"/>
        <w:tblLayout w:type="fixed"/>
        <w:tblLook w:val="04A0" w:firstRow="1" w:lastRow="0" w:firstColumn="1" w:lastColumn="0" w:noHBand="0" w:noVBand="1"/>
      </w:tblPr>
      <w:tblGrid>
        <w:gridCol w:w="2977"/>
        <w:gridCol w:w="6661"/>
      </w:tblGrid>
      <w:tr w:rsidR="00384DC3" w:rsidRPr="009B54AC" w14:paraId="656F488E" w14:textId="77777777" w:rsidTr="00C60F95">
        <w:trPr>
          <w:jc w:val="center"/>
        </w:trPr>
        <w:tc>
          <w:tcPr>
            <w:tcW w:w="2977" w:type="dxa"/>
            <w:shd w:val="clear" w:color="auto" w:fill="E7E6E6"/>
            <w:tcMar>
              <w:top w:w="70" w:type="dxa"/>
              <w:left w:w="70" w:type="dxa"/>
              <w:bottom w:w="70" w:type="dxa"/>
              <w:right w:w="70" w:type="dxa"/>
            </w:tcMar>
            <w:vAlign w:val="center"/>
          </w:tcPr>
          <w:p w14:paraId="33D286B1" w14:textId="77777777" w:rsidR="00384DC3" w:rsidRPr="009B54AC" w:rsidRDefault="00E1619A">
            <w:pPr>
              <w:spacing w:after="0" w:line="240" w:lineRule="auto"/>
              <w:rPr>
                <w:rFonts w:ascii="Calibri" w:hAnsi="Calibri" w:cs="Calibri"/>
                <w:sz w:val="22"/>
                <w:lang w:val="pl-PL"/>
              </w:rPr>
            </w:pPr>
            <w:r w:rsidRPr="009B54AC">
              <w:rPr>
                <w:rFonts w:ascii="Calibri" w:hAnsi="Calibri" w:cs="Calibri"/>
                <w:b/>
                <w:sz w:val="22"/>
                <w:lang w:val="pl-PL"/>
              </w:rPr>
              <w:t>Pełna nazwa Wykonawcy</w:t>
            </w:r>
          </w:p>
        </w:tc>
        <w:tc>
          <w:tcPr>
            <w:tcW w:w="6661" w:type="dxa"/>
            <w:tcMar>
              <w:top w:w="70" w:type="dxa"/>
              <w:left w:w="70" w:type="dxa"/>
              <w:bottom w:w="70" w:type="dxa"/>
              <w:right w:w="70" w:type="dxa"/>
            </w:tcMar>
            <w:vAlign w:val="center"/>
          </w:tcPr>
          <w:p w14:paraId="2E85FE08" w14:textId="076154CC" w:rsidR="00384DC3" w:rsidRPr="009B54AC" w:rsidRDefault="00E1619A">
            <w:pPr>
              <w:spacing w:after="0" w:line="240" w:lineRule="auto"/>
              <w:rPr>
                <w:rFonts w:ascii="Calibri" w:hAnsi="Calibri" w:cs="Calibri"/>
                <w:sz w:val="22"/>
                <w:lang w:val="pl-PL"/>
              </w:rPr>
            </w:pPr>
            <w:r w:rsidRPr="009B54AC">
              <w:rPr>
                <w:rFonts w:ascii="Calibri" w:hAnsi="Calibri" w:cs="Calibri"/>
                <w:sz w:val="22"/>
                <w:lang w:val="pl-PL"/>
              </w:rPr>
              <w:t>.....................................................................................................................</w:t>
            </w:r>
          </w:p>
        </w:tc>
      </w:tr>
    </w:tbl>
    <w:p w14:paraId="793F4CA5" w14:textId="77777777" w:rsidR="00384DC3" w:rsidRPr="009B54AC" w:rsidRDefault="00384DC3">
      <w:pPr>
        <w:spacing w:after="0"/>
        <w:rPr>
          <w:rFonts w:ascii="Calibri" w:hAnsi="Calibri" w:cs="Calibri"/>
          <w:sz w:val="22"/>
        </w:rPr>
      </w:pPr>
    </w:p>
    <w:p w14:paraId="0C6C46B6" w14:textId="77777777" w:rsidR="00384DC3" w:rsidRPr="009B54AC" w:rsidRDefault="00E1619A" w:rsidP="009B54AC">
      <w:pPr>
        <w:pStyle w:val="Nagwek1"/>
        <w:spacing w:before="60" w:after="60" w:line="240" w:lineRule="auto"/>
        <w:rPr>
          <w:rFonts w:ascii="Calibri" w:hAnsi="Calibri" w:cs="Calibri"/>
          <w:szCs w:val="22"/>
          <w:lang w:val="pl-PL"/>
        </w:rPr>
      </w:pPr>
      <w:r w:rsidRPr="009B54AC">
        <w:rPr>
          <w:rFonts w:ascii="Calibri" w:hAnsi="Calibri" w:cs="Calibri"/>
          <w:szCs w:val="22"/>
          <w:lang w:val="pl-PL"/>
        </w:rPr>
        <w:t>Wykaz usług potwierdzających spełnienie warunku udziału w postępowaniu</w:t>
      </w:r>
    </w:p>
    <w:p w14:paraId="30E175D5" w14:textId="77777777" w:rsidR="00384DC3" w:rsidRPr="009B54AC" w:rsidRDefault="00E1619A" w:rsidP="009B54AC">
      <w:pPr>
        <w:keepNext/>
        <w:keepLines/>
        <w:spacing w:after="100" w:line="240" w:lineRule="auto"/>
        <w:jc w:val="both"/>
        <w:rPr>
          <w:rFonts w:ascii="Calibri" w:hAnsi="Calibri" w:cs="Calibri"/>
          <w:sz w:val="22"/>
          <w:lang w:val="pl-PL"/>
        </w:rPr>
      </w:pPr>
      <w:r w:rsidRPr="009B54AC">
        <w:rPr>
          <w:rFonts w:ascii="Calibri" w:hAnsi="Calibri" w:cs="Calibri"/>
          <w:sz w:val="22"/>
          <w:lang w:val="pl-PL"/>
        </w:rPr>
        <w:t>W celu potwierdzenia spełnienia warunku doświadczenia określonego w pkt 4 zapytania ofertowego i pozycji 9 OPZ Wykonawca wykazuje, że w okresie ostatnich 3 lat przed upływem terminu składania ofert, a jeżeli okres prowadzenia działalności jest krótszy – w tym okresie, należycie wykonał co najmniej jedną usługę obejmującą testy bezpieczeństwa, skanowanie podatności lub analizę podatności infrastruktury albo systemów IT. Dopuszcza się doświadczenie zdobyte przy realizacji usług na rzecz podmiotów publicznych i prywatnych.</w:t>
      </w:r>
    </w:p>
    <w:tbl>
      <w:tblPr>
        <w:tblStyle w:val="Tabela-Siatka"/>
        <w:tblW w:w="9638" w:type="dxa"/>
        <w:jc w:val="center"/>
        <w:tblLayout w:type="fixed"/>
        <w:tblLook w:val="04A0" w:firstRow="1" w:lastRow="0" w:firstColumn="1" w:lastColumn="0" w:noHBand="0" w:noVBand="1"/>
      </w:tblPr>
      <w:tblGrid>
        <w:gridCol w:w="453"/>
        <w:gridCol w:w="2835"/>
        <w:gridCol w:w="2154"/>
        <w:gridCol w:w="1531"/>
        <w:gridCol w:w="2665"/>
      </w:tblGrid>
      <w:tr w:rsidR="00384DC3" w:rsidRPr="009B54AC" w14:paraId="4507EC44" w14:textId="77777777" w:rsidTr="00C60F95">
        <w:trPr>
          <w:cantSplit/>
          <w:tblHeader/>
          <w:jc w:val="center"/>
        </w:trPr>
        <w:tc>
          <w:tcPr>
            <w:tcW w:w="454" w:type="dxa"/>
            <w:shd w:val="clear" w:color="auto" w:fill="D9D9D9"/>
            <w:tcMar>
              <w:top w:w="70" w:type="dxa"/>
              <w:left w:w="70" w:type="dxa"/>
              <w:bottom w:w="70" w:type="dxa"/>
              <w:right w:w="70" w:type="dxa"/>
            </w:tcMar>
            <w:vAlign w:val="center"/>
          </w:tcPr>
          <w:p w14:paraId="54722B51" w14:textId="77777777" w:rsidR="00384DC3" w:rsidRPr="009B54AC" w:rsidRDefault="00E1619A" w:rsidP="009B54AC">
            <w:pPr>
              <w:spacing w:after="0" w:line="240" w:lineRule="auto"/>
              <w:jc w:val="center"/>
              <w:rPr>
                <w:rFonts w:ascii="Calibri" w:hAnsi="Calibri" w:cs="Calibri"/>
                <w:sz w:val="22"/>
                <w:lang w:val="pl-PL"/>
              </w:rPr>
            </w:pPr>
            <w:r w:rsidRPr="009B54AC">
              <w:rPr>
                <w:rFonts w:ascii="Calibri" w:hAnsi="Calibri" w:cs="Calibri"/>
                <w:b/>
                <w:sz w:val="22"/>
                <w:lang w:val="pl-PL"/>
              </w:rPr>
              <w:t>Lp.</w:t>
            </w:r>
          </w:p>
        </w:tc>
        <w:tc>
          <w:tcPr>
            <w:tcW w:w="2835" w:type="dxa"/>
            <w:shd w:val="clear" w:color="auto" w:fill="D9D9D9"/>
            <w:tcMar>
              <w:top w:w="70" w:type="dxa"/>
              <w:left w:w="70" w:type="dxa"/>
              <w:bottom w:w="70" w:type="dxa"/>
              <w:right w:w="70" w:type="dxa"/>
            </w:tcMar>
            <w:vAlign w:val="center"/>
          </w:tcPr>
          <w:p w14:paraId="3AF4B272" w14:textId="77777777" w:rsidR="00384DC3" w:rsidRPr="009B54AC" w:rsidRDefault="00E1619A" w:rsidP="009B54AC">
            <w:pPr>
              <w:spacing w:after="0" w:line="240" w:lineRule="auto"/>
              <w:jc w:val="center"/>
              <w:rPr>
                <w:rFonts w:ascii="Calibri" w:hAnsi="Calibri" w:cs="Calibri"/>
                <w:sz w:val="22"/>
                <w:lang w:val="pl-PL"/>
              </w:rPr>
            </w:pPr>
            <w:r w:rsidRPr="009B54AC">
              <w:rPr>
                <w:rFonts w:ascii="Calibri" w:hAnsi="Calibri" w:cs="Calibri"/>
                <w:b/>
                <w:sz w:val="22"/>
                <w:lang w:val="pl-PL"/>
              </w:rPr>
              <w:t>Nazwa / przedmiot usługi i zakres testów bezpieczeństwa, skanowania lub analizy podatności IT</w:t>
            </w:r>
          </w:p>
        </w:tc>
        <w:tc>
          <w:tcPr>
            <w:tcW w:w="2154" w:type="dxa"/>
            <w:shd w:val="clear" w:color="auto" w:fill="D9D9D9"/>
            <w:tcMar>
              <w:top w:w="70" w:type="dxa"/>
              <w:left w:w="70" w:type="dxa"/>
              <w:bottom w:w="70" w:type="dxa"/>
              <w:right w:w="70" w:type="dxa"/>
            </w:tcMar>
            <w:vAlign w:val="center"/>
          </w:tcPr>
          <w:p w14:paraId="586E8818" w14:textId="77777777" w:rsidR="00384DC3" w:rsidRPr="009B54AC" w:rsidRDefault="00E1619A" w:rsidP="009B54AC">
            <w:pPr>
              <w:spacing w:after="0" w:line="240" w:lineRule="auto"/>
              <w:jc w:val="center"/>
              <w:rPr>
                <w:rFonts w:ascii="Calibri" w:hAnsi="Calibri" w:cs="Calibri"/>
                <w:sz w:val="22"/>
                <w:lang w:val="pl-PL"/>
              </w:rPr>
            </w:pPr>
            <w:r w:rsidRPr="009B54AC">
              <w:rPr>
                <w:rFonts w:ascii="Calibri" w:hAnsi="Calibri" w:cs="Calibri"/>
                <w:b/>
                <w:sz w:val="22"/>
                <w:lang w:val="pl-PL"/>
              </w:rPr>
              <w:t>Podmiot, na rzecz którego usługę wykonano</w:t>
            </w:r>
          </w:p>
        </w:tc>
        <w:tc>
          <w:tcPr>
            <w:tcW w:w="1531" w:type="dxa"/>
            <w:shd w:val="clear" w:color="auto" w:fill="D9D9D9"/>
            <w:tcMar>
              <w:top w:w="70" w:type="dxa"/>
              <w:left w:w="70" w:type="dxa"/>
              <w:bottom w:w="70" w:type="dxa"/>
              <w:right w:w="70" w:type="dxa"/>
            </w:tcMar>
            <w:vAlign w:val="center"/>
          </w:tcPr>
          <w:p w14:paraId="635224F2" w14:textId="77777777" w:rsidR="00384DC3" w:rsidRPr="009B54AC" w:rsidRDefault="00E1619A" w:rsidP="009B54AC">
            <w:pPr>
              <w:spacing w:after="0" w:line="240" w:lineRule="auto"/>
              <w:jc w:val="center"/>
              <w:rPr>
                <w:rFonts w:ascii="Calibri" w:hAnsi="Calibri" w:cs="Calibri"/>
                <w:sz w:val="22"/>
                <w:lang w:val="pl-PL"/>
              </w:rPr>
            </w:pPr>
            <w:r w:rsidRPr="009B54AC">
              <w:rPr>
                <w:rFonts w:ascii="Calibri" w:hAnsi="Calibri" w:cs="Calibri"/>
                <w:b/>
                <w:sz w:val="22"/>
                <w:lang w:val="pl-PL"/>
              </w:rPr>
              <w:t>Data / okres realizacji (z datą zakończenia)</w:t>
            </w:r>
          </w:p>
        </w:tc>
        <w:tc>
          <w:tcPr>
            <w:tcW w:w="2665" w:type="dxa"/>
            <w:shd w:val="clear" w:color="auto" w:fill="D9D9D9"/>
            <w:tcMar>
              <w:top w:w="70" w:type="dxa"/>
              <w:left w:w="70" w:type="dxa"/>
              <w:bottom w:w="70" w:type="dxa"/>
              <w:right w:w="70" w:type="dxa"/>
            </w:tcMar>
            <w:vAlign w:val="center"/>
          </w:tcPr>
          <w:p w14:paraId="6160436F" w14:textId="77777777" w:rsidR="00384DC3" w:rsidRPr="009B54AC" w:rsidRDefault="00E1619A" w:rsidP="009B54AC">
            <w:pPr>
              <w:spacing w:after="0" w:line="240" w:lineRule="auto"/>
              <w:jc w:val="center"/>
              <w:rPr>
                <w:rFonts w:ascii="Calibri" w:hAnsi="Calibri" w:cs="Calibri"/>
                <w:sz w:val="22"/>
                <w:lang w:val="pl-PL"/>
              </w:rPr>
            </w:pPr>
            <w:r w:rsidRPr="009B54AC">
              <w:rPr>
                <w:rFonts w:ascii="Calibri" w:hAnsi="Calibri" w:cs="Calibri"/>
                <w:b/>
                <w:sz w:val="22"/>
                <w:lang w:val="pl-PL"/>
              </w:rPr>
              <w:t>Należyte wykonanie i wskazanie dowodu (nazwa dokumentu / nr załącznika)</w:t>
            </w:r>
          </w:p>
        </w:tc>
      </w:tr>
      <w:tr w:rsidR="00384DC3" w:rsidRPr="009B54AC" w14:paraId="798E0F5E" w14:textId="77777777" w:rsidTr="00C60F95">
        <w:trPr>
          <w:cantSplit/>
          <w:trHeight w:val="652"/>
          <w:jc w:val="center"/>
        </w:trPr>
        <w:tc>
          <w:tcPr>
            <w:tcW w:w="454" w:type="dxa"/>
            <w:tcMar>
              <w:top w:w="70" w:type="dxa"/>
              <w:left w:w="70" w:type="dxa"/>
              <w:bottom w:w="70" w:type="dxa"/>
              <w:right w:w="70" w:type="dxa"/>
            </w:tcMar>
            <w:vAlign w:val="center"/>
          </w:tcPr>
          <w:p w14:paraId="5BFFB89B" w14:textId="77777777" w:rsidR="00384DC3" w:rsidRPr="009B54AC" w:rsidRDefault="00E1619A" w:rsidP="009B54AC">
            <w:pPr>
              <w:spacing w:after="0" w:line="240" w:lineRule="auto"/>
              <w:jc w:val="center"/>
              <w:rPr>
                <w:rFonts w:ascii="Calibri" w:hAnsi="Calibri" w:cs="Calibri"/>
                <w:sz w:val="22"/>
                <w:lang w:val="pl-PL"/>
              </w:rPr>
            </w:pPr>
            <w:r w:rsidRPr="009B54AC">
              <w:rPr>
                <w:rFonts w:ascii="Calibri" w:hAnsi="Calibri" w:cs="Calibri"/>
                <w:sz w:val="22"/>
                <w:lang w:val="pl-PL"/>
              </w:rPr>
              <w:t>1</w:t>
            </w:r>
          </w:p>
        </w:tc>
        <w:tc>
          <w:tcPr>
            <w:tcW w:w="2835" w:type="dxa"/>
            <w:tcMar>
              <w:top w:w="70" w:type="dxa"/>
              <w:left w:w="70" w:type="dxa"/>
              <w:bottom w:w="70" w:type="dxa"/>
              <w:right w:w="70" w:type="dxa"/>
            </w:tcMar>
            <w:vAlign w:val="center"/>
          </w:tcPr>
          <w:p w14:paraId="7C59EC38" w14:textId="77777777" w:rsidR="00384DC3" w:rsidRPr="009B54AC" w:rsidRDefault="00384DC3" w:rsidP="009B54AC">
            <w:pPr>
              <w:spacing w:after="0" w:line="240" w:lineRule="auto"/>
              <w:rPr>
                <w:rFonts w:ascii="Calibri" w:hAnsi="Calibri" w:cs="Calibri"/>
                <w:sz w:val="22"/>
                <w:lang w:val="pl-PL"/>
              </w:rPr>
            </w:pPr>
          </w:p>
        </w:tc>
        <w:tc>
          <w:tcPr>
            <w:tcW w:w="2154" w:type="dxa"/>
            <w:tcMar>
              <w:top w:w="70" w:type="dxa"/>
              <w:left w:w="70" w:type="dxa"/>
              <w:bottom w:w="70" w:type="dxa"/>
              <w:right w:w="70" w:type="dxa"/>
            </w:tcMar>
            <w:vAlign w:val="center"/>
          </w:tcPr>
          <w:p w14:paraId="20C81F59" w14:textId="77777777" w:rsidR="00384DC3" w:rsidRPr="009B54AC" w:rsidRDefault="00384DC3" w:rsidP="009B54AC">
            <w:pPr>
              <w:spacing w:after="0" w:line="240" w:lineRule="auto"/>
              <w:rPr>
                <w:rFonts w:ascii="Calibri" w:hAnsi="Calibri" w:cs="Calibri"/>
                <w:sz w:val="22"/>
                <w:lang w:val="pl-PL"/>
              </w:rPr>
            </w:pPr>
          </w:p>
        </w:tc>
        <w:tc>
          <w:tcPr>
            <w:tcW w:w="1531" w:type="dxa"/>
            <w:tcMar>
              <w:top w:w="70" w:type="dxa"/>
              <w:left w:w="70" w:type="dxa"/>
              <w:bottom w:w="70" w:type="dxa"/>
              <w:right w:w="70" w:type="dxa"/>
            </w:tcMar>
            <w:vAlign w:val="center"/>
          </w:tcPr>
          <w:p w14:paraId="730DB86A" w14:textId="77777777" w:rsidR="00384DC3" w:rsidRPr="009B54AC" w:rsidRDefault="00384DC3" w:rsidP="009B54AC">
            <w:pPr>
              <w:spacing w:after="0" w:line="240" w:lineRule="auto"/>
              <w:jc w:val="center"/>
              <w:rPr>
                <w:rFonts w:ascii="Calibri" w:hAnsi="Calibri" w:cs="Calibri"/>
                <w:sz w:val="22"/>
                <w:lang w:val="pl-PL"/>
              </w:rPr>
            </w:pPr>
          </w:p>
        </w:tc>
        <w:tc>
          <w:tcPr>
            <w:tcW w:w="2665" w:type="dxa"/>
            <w:tcMar>
              <w:top w:w="70" w:type="dxa"/>
              <w:left w:w="70" w:type="dxa"/>
              <w:bottom w:w="70" w:type="dxa"/>
              <w:right w:w="70" w:type="dxa"/>
            </w:tcMar>
            <w:vAlign w:val="center"/>
          </w:tcPr>
          <w:p w14:paraId="7068A4FA" w14:textId="77777777" w:rsidR="00384DC3" w:rsidRPr="009B54AC" w:rsidRDefault="00384DC3" w:rsidP="009B54AC">
            <w:pPr>
              <w:spacing w:after="0" w:line="240" w:lineRule="auto"/>
              <w:rPr>
                <w:rFonts w:ascii="Calibri" w:hAnsi="Calibri" w:cs="Calibri"/>
                <w:sz w:val="22"/>
                <w:lang w:val="pl-PL"/>
              </w:rPr>
            </w:pPr>
          </w:p>
        </w:tc>
      </w:tr>
      <w:tr w:rsidR="00384DC3" w:rsidRPr="009B54AC" w14:paraId="66061F7F" w14:textId="77777777" w:rsidTr="00C60F95">
        <w:trPr>
          <w:cantSplit/>
          <w:trHeight w:val="652"/>
          <w:jc w:val="center"/>
        </w:trPr>
        <w:tc>
          <w:tcPr>
            <w:tcW w:w="454" w:type="dxa"/>
            <w:tcMar>
              <w:top w:w="70" w:type="dxa"/>
              <w:left w:w="70" w:type="dxa"/>
              <w:bottom w:w="70" w:type="dxa"/>
              <w:right w:w="70" w:type="dxa"/>
            </w:tcMar>
            <w:vAlign w:val="center"/>
          </w:tcPr>
          <w:p w14:paraId="59F06F6D" w14:textId="77777777" w:rsidR="00384DC3" w:rsidRPr="009B54AC" w:rsidRDefault="00E1619A" w:rsidP="009B54AC">
            <w:pPr>
              <w:spacing w:after="0" w:line="240" w:lineRule="auto"/>
              <w:jc w:val="center"/>
              <w:rPr>
                <w:rFonts w:ascii="Calibri" w:hAnsi="Calibri" w:cs="Calibri"/>
                <w:sz w:val="22"/>
                <w:lang w:val="pl-PL"/>
              </w:rPr>
            </w:pPr>
            <w:r w:rsidRPr="009B54AC">
              <w:rPr>
                <w:rFonts w:ascii="Calibri" w:hAnsi="Calibri" w:cs="Calibri"/>
                <w:sz w:val="22"/>
                <w:lang w:val="pl-PL"/>
              </w:rPr>
              <w:t>2</w:t>
            </w:r>
          </w:p>
        </w:tc>
        <w:tc>
          <w:tcPr>
            <w:tcW w:w="2835" w:type="dxa"/>
            <w:tcMar>
              <w:top w:w="70" w:type="dxa"/>
              <w:left w:w="70" w:type="dxa"/>
              <w:bottom w:w="70" w:type="dxa"/>
              <w:right w:w="70" w:type="dxa"/>
            </w:tcMar>
            <w:vAlign w:val="center"/>
          </w:tcPr>
          <w:p w14:paraId="77EF8030" w14:textId="77777777" w:rsidR="00384DC3" w:rsidRPr="009B54AC" w:rsidRDefault="00384DC3" w:rsidP="009B54AC">
            <w:pPr>
              <w:spacing w:after="0" w:line="240" w:lineRule="auto"/>
              <w:rPr>
                <w:rFonts w:ascii="Calibri" w:hAnsi="Calibri" w:cs="Calibri"/>
                <w:sz w:val="22"/>
                <w:lang w:val="pl-PL"/>
              </w:rPr>
            </w:pPr>
          </w:p>
        </w:tc>
        <w:tc>
          <w:tcPr>
            <w:tcW w:w="2154" w:type="dxa"/>
            <w:tcMar>
              <w:top w:w="70" w:type="dxa"/>
              <w:left w:w="70" w:type="dxa"/>
              <w:bottom w:w="70" w:type="dxa"/>
              <w:right w:w="70" w:type="dxa"/>
            </w:tcMar>
            <w:vAlign w:val="center"/>
          </w:tcPr>
          <w:p w14:paraId="3A15983D" w14:textId="77777777" w:rsidR="00384DC3" w:rsidRPr="009B54AC" w:rsidRDefault="00384DC3" w:rsidP="009B54AC">
            <w:pPr>
              <w:spacing w:after="0" w:line="240" w:lineRule="auto"/>
              <w:rPr>
                <w:rFonts w:ascii="Calibri" w:hAnsi="Calibri" w:cs="Calibri"/>
                <w:sz w:val="22"/>
                <w:lang w:val="pl-PL"/>
              </w:rPr>
            </w:pPr>
          </w:p>
        </w:tc>
        <w:tc>
          <w:tcPr>
            <w:tcW w:w="1531" w:type="dxa"/>
            <w:tcMar>
              <w:top w:w="70" w:type="dxa"/>
              <w:left w:w="70" w:type="dxa"/>
              <w:bottom w:w="70" w:type="dxa"/>
              <w:right w:w="70" w:type="dxa"/>
            </w:tcMar>
            <w:vAlign w:val="center"/>
          </w:tcPr>
          <w:p w14:paraId="2B20E1B5" w14:textId="77777777" w:rsidR="00384DC3" w:rsidRPr="009B54AC" w:rsidRDefault="00384DC3" w:rsidP="009B54AC">
            <w:pPr>
              <w:spacing w:after="0" w:line="240" w:lineRule="auto"/>
              <w:jc w:val="center"/>
              <w:rPr>
                <w:rFonts w:ascii="Calibri" w:hAnsi="Calibri" w:cs="Calibri"/>
                <w:sz w:val="22"/>
                <w:lang w:val="pl-PL"/>
              </w:rPr>
            </w:pPr>
          </w:p>
        </w:tc>
        <w:tc>
          <w:tcPr>
            <w:tcW w:w="2665" w:type="dxa"/>
            <w:tcMar>
              <w:top w:w="70" w:type="dxa"/>
              <w:left w:w="70" w:type="dxa"/>
              <w:bottom w:w="70" w:type="dxa"/>
              <w:right w:w="70" w:type="dxa"/>
            </w:tcMar>
            <w:vAlign w:val="center"/>
          </w:tcPr>
          <w:p w14:paraId="277F9F11" w14:textId="77777777" w:rsidR="00384DC3" w:rsidRPr="009B54AC" w:rsidRDefault="00384DC3" w:rsidP="009B54AC">
            <w:pPr>
              <w:spacing w:after="0" w:line="240" w:lineRule="auto"/>
              <w:rPr>
                <w:rFonts w:ascii="Calibri" w:hAnsi="Calibri" w:cs="Calibri"/>
                <w:sz w:val="22"/>
                <w:lang w:val="pl-PL"/>
              </w:rPr>
            </w:pPr>
          </w:p>
        </w:tc>
      </w:tr>
      <w:tr w:rsidR="00384DC3" w:rsidRPr="009B54AC" w14:paraId="79E5B797" w14:textId="77777777" w:rsidTr="00C60F95">
        <w:trPr>
          <w:cantSplit/>
          <w:trHeight w:val="652"/>
          <w:jc w:val="center"/>
        </w:trPr>
        <w:tc>
          <w:tcPr>
            <w:tcW w:w="454" w:type="dxa"/>
            <w:tcMar>
              <w:top w:w="70" w:type="dxa"/>
              <w:left w:w="70" w:type="dxa"/>
              <w:bottom w:w="70" w:type="dxa"/>
              <w:right w:w="70" w:type="dxa"/>
            </w:tcMar>
            <w:vAlign w:val="center"/>
          </w:tcPr>
          <w:p w14:paraId="13F3408D" w14:textId="77777777" w:rsidR="00384DC3" w:rsidRPr="009B54AC" w:rsidRDefault="00E1619A" w:rsidP="009B54AC">
            <w:pPr>
              <w:spacing w:after="0" w:line="240" w:lineRule="auto"/>
              <w:jc w:val="center"/>
              <w:rPr>
                <w:rFonts w:ascii="Calibri" w:hAnsi="Calibri" w:cs="Calibri"/>
                <w:sz w:val="22"/>
                <w:lang w:val="pl-PL"/>
              </w:rPr>
            </w:pPr>
            <w:r w:rsidRPr="009B54AC">
              <w:rPr>
                <w:rFonts w:ascii="Calibri" w:hAnsi="Calibri" w:cs="Calibri"/>
                <w:sz w:val="22"/>
                <w:lang w:val="pl-PL"/>
              </w:rPr>
              <w:t>3</w:t>
            </w:r>
          </w:p>
        </w:tc>
        <w:tc>
          <w:tcPr>
            <w:tcW w:w="2835" w:type="dxa"/>
            <w:tcMar>
              <w:top w:w="70" w:type="dxa"/>
              <w:left w:w="70" w:type="dxa"/>
              <w:bottom w:w="70" w:type="dxa"/>
              <w:right w:w="70" w:type="dxa"/>
            </w:tcMar>
            <w:vAlign w:val="center"/>
          </w:tcPr>
          <w:p w14:paraId="76002CE6" w14:textId="77777777" w:rsidR="00384DC3" w:rsidRPr="009B54AC" w:rsidRDefault="00384DC3" w:rsidP="009B54AC">
            <w:pPr>
              <w:spacing w:after="0" w:line="240" w:lineRule="auto"/>
              <w:rPr>
                <w:rFonts w:ascii="Calibri" w:hAnsi="Calibri" w:cs="Calibri"/>
                <w:sz w:val="22"/>
                <w:lang w:val="pl-PL"/>
              </w:rPr>
            </w:pPr>
          </w:p>
        </w:tc>
        <w:tc>
          <w:tcPr>
            <w:tcW w:w="2154" w:type="dxa"/>
            <w:tcMar>
              <w:top w:w="70" w:type="dxa"/>
              <w:left w:w="70" w:type="dxa"/>
              <w:bottom w:w="70" w:type="dxa"/>
              <w:right w:w="70" w:type="dxa"/>
            </w:tcMar>
            <w:vAlign w:val="center"/>
          </w:tcPr>
          <w:p w14:paraId="7FC75EEC" w14:textId="77777777" w:rsidR="00384DC3" w:rsidRPr="009B54AC" w:rsidRDefault="00384DC3" w:rsidP="009B54AC">
            <w:pPr>
              <w:spacing w:after="0" w:line="240" w:lineRule="auto"/>
              <w:rPr>
                <w:rFonts w:ascii="Calibri" w:hAnsi="Calibri" w:cs="Calibri"/>
                <w:sz w:val="22"/>
                <w:lang w:val="pl-PL"/>
              </w:rPr>
            </w:pPr>
          </w:p>
        </w:tc>
        <w:tc>
          <w:tcPr>
            <w:tcW w:w="1531" w:type="dxa"/>
            <w:tcMar>
              <w:top w:w="70" w:type="dxa"/>
              <w:left w:w="70" w:type="dxa"/>
              <w:bottom w:w="70" w:type="dxa"/>
              <w:right w:w="70" w:type="dxa"/>
            </w:tcMar>
            <w:vAlign w:val="center"/>
          </w:tcPr>
          <w:p w14:paraId="512E8C89" w14:textId="77777777" w:rsidR="00384DC3" w:rsidRPr="009B54AC" w:rsidRDefault="00384DC3" w:rsidP="009B54AC">
            <w:pPr>
              <w:spacing w:after="0" w:line="240" w:lineRule="auto"/>
              <w:jc w:val="center"/>
              <w:rPr>
                <w:rFonts w:ascii="Calibri" w:hAnsi="Calibri" w:cs="Calibri"/>
                <w:sz w:val="22"/>
                <w:lang w:val="pl-PL"/>
              </w:rPr>
            </w:pPr>
          </w:p>
        </w:tc>
        <w:tc>
          <w:tcPr>
            <w:tcW w:w="2665" w:type="dxa"/>
            <w:tcMar>
              <w:top w:w="70" w:type="dxa"/>
              <w:left w:w="70" w:type="dxa"/>
              <w:bottom w:w="70" w:type="dxa"/>
              <w:right w:w="70" w:type="dxa"/>
            </w:tcMar>
            <w:vAlign w:val="center"/>
          </w:tcPr>
          <w:p w14:paraId="01D23FC9" w14:textId="77777777" w:rsidR="00384DC3" w:rsidRPr="009B54AC" w:rsidRDefault="00384DC3" w:rsidP="009B54AC">
            <w:pPr>
              <w:spacing w:after="0" w:line="240" w:lineRule="auto"/>
              <w:rPr>
                <w:rFonts w:ascii="Calibri" w:hAnsi="Calibri" w:cs="Calibri"/>
                <w:sz w:val="22"/>
                <w:lang w:val="pl-PL"/>
              </w:rPr>
            </w:pPr>
          </w:p>
        </w:tc>
      </w:tr>
      <w:tr w:rsidR="00384DC3" w:rsidRPr="009B54AC" w14:paraId="2AAA823A" w14:textId="77777777" w:rsidTr="00C60F95">
        <w:trPr>
          <w:cantSplit/>
          <w:trHeight w:val="652"/>
          <w:jc w:val="center"/>
        </w:trPr>
        <w:tc>
          <w:tcPr>
            <w:tcW w:w="454" w:type="dxa"/>
            <w:tcMar>
              <w:top w:w="70" w:type="dxa"/>
              <w:left w:w="70" w:type="dxa"/>
              <w:bottom w:w="70" w:type="dxa"/>
              <w:right w:w="70" w:type="dxa"/>
            </w:tcMar>
            <w:vAlign w:val="center"/>
          </w:tcPr>
          <w:p w14:paraId="7CC11730" w14:textId="77777777" w:rsidR="00384DC3" w:rsidRPr="009B54AC" w:rsidRDefault="00E1619A" w:rsidP="009B54AC">
            <w:pPr>
              <w:spacing w:after="0" w:line="240" w:lineRule="auto"/>
              <w:jc w:val="center"/>
              <w:rPr>
                <w:rFonts w:ascii="Calibri" w:hAnsi="Calibri" w:cs="Calibri"/>
                <w:sz w:val="22"/>
                <w:lang w:val="pl-PL"/>
              </w:rPr>
            </w:pPr>
            <w:r w:rsidRPr="009B54AC">
              <w:rPr>
                <w:rFonts w:ascii="Calibri" w:hAnsi="Calibri" w:cs="Calibri"/>
                <w:sz w:val="22"/>
                <w:lang w:val="pl-PL"/>
              </w:rPr>
              <w:t>4</w:t>
            </w:r>
          </w:p>
        </w:tc>
        <w:tc>
          <w:tcPr>
            <w:tcW w:w="2835" w:type="dxa"/>
            <w:tcMar>
              <w:top w:w="70" w:type="dxa"/>
              <w:left w:w="70" w:type="dxa"/>
              <w:bottom w:w="70" w:type="dxa"/>
              <w:right w:w="70" w:type="dxa"/>
            </w:tcMar>
            <w:vAlign w:val="center"/>
          </w:tcPr>
          <w:p w14:paraId="16A37C9C" w14:textId="77777777" w:rsidR="00384DC3" w:rsidRPr="009B54AC" w:rsidRDefault="00384DC3" w:rsidP="009B54AC">
            <w:pPr>
              <w:spacing w:after="0" w:line="240" w:lineRule="auto"/>
              <w:rPr>
                <w:rFonts w:ascii="Calibri" w:hAnsi="Calibri" w:cs="Calibri"/>
                <w:sz w:val="22"/>
                <w:lang w:val="pl-PL"/>
              </w:rPr>
            </w:pPr>
          </w:p>
        </w:tc>
        <w:tc>
          <w:tcPr>
            <w:tcW w:w="2154" w:type="dxa"/>
            <w:tcMar>
              <w:top w:w="70" w:type="dxa"/>
              <w:left w:w="70" w:type="dxa"/>
              <w:bottom w:w="70" w:type="dxa"/>
              <w:right w:w="70" w:type="dxa"/>
            </w:tcMar>
            <w:vAlign w:val="center"/>
          </w:tcPr>
          <w:p w14:paraId="18F01D01" w14:textId="77777777" w:rsidR="00384DC3" w:rsidRPr="009B54AC" w:rsidRDefault="00384DC3" w:rsidP="009B54AC">
            <w:pPr>
              <w:spacing w:after="0" w:line="240" w:lineRule="auto"/>
              <w:rPr>
                <w:rFonts w:ascii="Calibri" w:hAnsi="Calibri" w:cs="Calibri"/>
                <w:sz w:val="22"/>
                <w:lang w:val="pl-PL"/>
              </w:rPr>
            </w:pPr>
          </w:p>
        </w:tc>
        <w:tc>
          <w:tcPr>
            <w:tcW w:w="1531" w:type="dxa"/>
            <w:tcMar>
              <w:top w:w="70" w:type="dxa"/>
              <w:left w:w="70" w:type="dxa"/>
              <w:bottom w:w="70" w:type="dxa"/>
              <w:right w:w="70" w:type="dxa"/>
            </w:tcMar>
            <w:vAlign w:val="center"/>
          </w:tcPr>
          <w:p w14:paraId="54E6794D" w14:textId="77777777" w:rsidR="00384DC3" w:rsidRPr="009B54AC" w:rsidRDefault="00384DC3" w:rsidP="009B54AC">
            <w:pPr>
              <w:spacing w:after="0" w:line="240" w:lineRule="auto"/>
              <w:jc w:val="center"/>
              <w:rPr>
                <w:rFonts w:ascii="Calibri" w:hAnsi="Calibri" w:cs="Calibri"/>
                <w:sz w:val="22"/>
                <w:lang w:val="pl-PL"/>
              </w:rPr>
            </w:pPr>
          </w:p>
        </w:tc>
        <w:tc>
          <w:tcPr>
            <w:tcW w:w="2665" w:type="dxa"/>
            <w:tcMar>
              <w:top w:w="70" w:type="dxa"/>
              <w:left w:w="70" w:type="dxa"/>
              <w:bottom w:w="70" w:type="dxa"/>
              <w:right w:w="70" w:type="dxa"/>
            </w:tcMar>
            <w:vAlign w:val="center"/>
          </w:tcPr>
          <w:p w14:paraId="28C863D4" w14:textId="77777777" w:rsidR="00384DC3" w:rsidRPr="009B54AC" w:rsidRDefault="00384DC3" w:rsidP="009B54AC">
            <w:pPr>
              <w:spacing w:after="0" w:line="240" w:lineRule="auto"/>
              <w:rPr>
                <w:rFonts w:ascii="Calibri" w:hAnsi="Calibri" w:cs="Calibri"/>
                <w:sz w:val="22"/>
                <w:lang w:val="pl-PL"/>
              </w:rPr>
            </w:pPr>
          </w:p>
        </w:tc>
      </w:tr>
    </w:tbl>
    <w:p w14:paraId="6A52A61D" w14:textId="77777777" w:rsidR="00384DC3" w:rsidRPr="009B54AC" w:rsidRDefault="00E1619A" w:rsidP="009B54AC">
      <w:pPr>
        <w:keepLines/>
        <w:spacing w:before="80" w:after="80" w:line="240" w:lineRule="auto"/>
        <w:jc w:val="both"/>
        <w:rPr>
          <w:rFonts w:ascii="Calibri" w:hAnsi="Calibri" w:cs="Calibri"/>
          <w:sz w:val="22"/>
          <w:lang w:val="pl-PL"/>
        </w:rPr>
      </w:pPr>
      <w:r w:rsidRPr="009B54AC">
        <w:rPr>
          <w:rFonts w:ascii="Calibri" w:hAnsi="Calibri" w:cs="Calibri"/>
          <w:sz w:val="22"/>
          <w:lang w:val="pl-PL"/>
        </w:rPr>
        <w:t>Do wykazu należy dołączyć dokument potwierdzający należyte wykonanie wskazanej usługi, np. referencję, protokół odbioru, poświadczenie odbiorcy usługi lub inny równoważny dokument. W tabeli należy wskazać nazwę lub przedmiot usługi oraz zakres potwierdzający spełnienie warunku doświadczenia, podmiot, na rzecz którego usługę wykonano, datę realizacji (w przypadku podania okresu – także datę zakończenia) oraz dowód należytego wykonania. Wystarczy wykazać jedną usługę spełniającą warunek; niewykorzystane wiersze można pozostawić puste, a w razie potrzeby powielić wiersze tabeli.</w:t>
      </w:r>
    </w:p>
    <w:p w14:paraId="7FBB8577" w14:textId="77777777" w:rsidR="00384DC3" w:rsidRPr="009B54AC" w:rsidRDefault="00E1619A" w:rsidP="009B54AC">
      <w:pPr>
        <w:keepLines/>
        <w:spacing w:before="40" w:after="100" w:line="240" w:lineRule="auto"/>
        <w:jc w:val="both"/>
        <w:rPr>
          <w:rFonts w:ascii="Calibri" w:hAnsi="Calibri" w:cs="Calibri"/>
          <w:sz w:val="22"/>
          <w:lang w:val="pl-PL"/>
        </w:rPr>
      </w:pPr>
      <w:r w:rsidRPr="009B54AC">
        <w:rPr>
          <w:rFonts w:ascii="Calibri" w:hAnsi="Calibri" w:cs="Calibri"/>
          <w:sz w:val="22"/>
          <w:lang w:val="pl-PL"/>
        </w:rPr>
        <w:t>Oświadczam/Oświadczamy, że informacje wskazane w niniejszym wykazie są zgodne ze stanem faktycznym.</w:t>
      </w:r>
    </w:p>
    <w:p w14:paraId="57FC2BC0" w14:textId="77777777" w:rsidR="00384DC3" w:rsidRPr="009B54AC" w:rsidRDefault="00E1619A" w:rsidP="009B54AC">
      <w:pPr>
        <w:keepNext/>
        <w:keepLines/>
        <w:spacing w:before="40" w:after="40" w:line="240" w:lineRule="auto"/>
        <w:rPr>
          <w:rFonts w:ascii="Calibri" w:hAnsi="Calibri" w:cs="Calibri"/>
          <w:sz w:val="22"/>
          <w:lang w:val="pl-PL"/>
        </w:rPr>
      </w:pPr>
      <w:r w:rsidRPr="009B54AC">
        <w:rPr>
          <w:rFonts w:ascii="Calibri" w:hAnsi="Calibri" w:cs="Calibri"/>
          <w:sz w:val="22"/>
          <w:lang w:val="pl-PL"/>
        </w:rPr>
        <w:t>Miejscowość i data: .............................................................................................................................</w:t>
      </w:r>
    </w:p>
    <w:p w14:paraId="002758F8" w14:textId="664FD1C7" w:rsidR="00384DC3" w:rsidRPr="009B54AC" w:rsidRDefault="00E1619A" w:rsidP="009B54AC">
      <w:pPr>
        <w:keepNext/>
        <w:keepLines/>
        <w:spacing w:before="100" w:after="20" w:line="240" w:lineRule="auto"/>
        <w:rPr>
          <w:rFonts w:ascii="Calibri" w:hAnsi="Calibri" w:cs="Calibri"/>
          <w:sz w:val="22"/>
          <w:lang w:val="pl-PL"/>
        </w:rPr>
      </w:pPr>
      <w:r w:rsidRPr="009B54AC">
        <w:rPr>
          <w:rFonts w:ascii="Calibri" w:hAnsi="Calibri" w:cs="Calibri"/>
          <w:sz w:val="22"/>
          <w:lang w:val="pl-PL"/>
        </w:rPr>
        <w:t>Imię i nazwisko oraz funkcja osoby/osób uprawnionych do reprezentowania Wykonawcy</w:t>
      </w:r>
      <w:r w:rsidR="009B54AC" w:rsidRPr="009B54AC">
        <w:rPr>
          <w:rFonts w:ascii="Calibri" w:hAnsi="Calibri" w:cs="Calibri"/>
          <w:sz w:val="22"/>
          <w:lang w:val="pl-PL"/>
        </w:rPr>
        <w:t>:</w:t>
      </w:r>
    </w:p>
    <w:p w14:paraId="0442AECA" w14:textId="77777777" w:rsidR="009B54AC" w:rsidRPr="009B54AC" w:rsidRDefault="009B54AC" w:rsidP="009B54AC">
      <w:pPr>
        <w:keepNext/>
        <w:keepLines/>
        <w:spacing w:before="100" w:after="20" w:line="240" w:lineRule="auto"/>
        <w:rPr>
          <w:rFonts w:ascii="Calibri" w:hAnsi="Calibri" w:cs="Calibri"/>
          <w:sz w:val="22"/>
          <w:lang w:val="pl-PL"/>
        </w:rPr>
      </w:pPr>
    </w:p>
    <w:p w14:paraId="008CCB02" w14:textId="4A66CE17" w:rsidR="00384DC3" w:rsidRPr="009B54AC" w:rsidRDefault="00E1619A" w:rsidP="009B54AC">
      <w:pPr>
        <w:keepLines/>
        <w:spacing w:after="0" w:line="240" w:lineRule="auto"/>
        <w:rPr>
          <w:rFonts w:ascii="Calibri" w:hAnsi="Calibri" w:cs="Calibri"/>
          <w:sz w:val="22"/>
          <w:lang w:val="pl-PL"/>
        </w:rPr>
      </w:pPr>
      <w:r w:rsidRPr="009B54AC">
        <w:rPr>
          <w:rFonts w:ascii="Calibri" w:hAnsi="Calibri" w:cs="Calibri"/>
          <w:sz w:val="22"/>
          <w:lang w:val="pl-PL"/>
        </w:rPr>
        <w:t>.............................................................................................................................................................................</w:t>
      </w:r>
    </w:p>
    <w:sectPr w:rsidR="00384DC3" w:rsidRPr="009B54AC" w:rsidSect="00034616">
      <w:headerReference w:type="default" r:id="rId8"/>
      <w:footerReference w:type="default" r:id="rId9"/>
      <w:pgSz w:w="11906" w:h="16838"/>
      <w:pgMar w:top="1559" w:right="1134" w:bottom="1077" w:left="1134" w:header="369"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5138A" w14:textId="77777777" w:rsidR="003A24E0" w:rsidRDefault="003A24E0">
      <w:pPr>
        <w:spacing w:after="0" w:line="240" w:lineRule="auto"/>
      </w:pPr>
      <w:r>
        <w:separator/>
      </w:r>
    </w:p>
  </w:endnote>
  <w:endnote w:type="continuationSeparator" w:id="0">
    <w:p w14:paraId="36AC80CB" w14:textId="77777777" w:rsidR="003A24E0" w:rsidRDefault="003A24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Segoe UI">
    <w:panose1 w:val="020B0502040204020203"/>
    <w:charset w:val="EE"/>
    <w:family w:val="swiss"/>
    <w:pitch w:val="variable"/>
    <w:sig w:usb0="E5002EFF" w:usb1="C000E47F" w:usb2="00000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E9847" w14:textId="77777777" w:rsidR="005566A0" w:rsidRDefault="001D5B6B">
    <w:pPr>
      <w:pStyle w:val="Stopka"/>
      <w:jc w:val="center"/>
    </w:pPr>
    <w:r>
      <w:rPr>
        <w:noProof/>
        <w:lang w:val="pl-PL" w:eastAsia="pl-PL"/>
      </w:rPr>
      <w:drawing>
        <wp:inline distT="0" distB="0" distL="0" distR="0" wp14:anchorId="14C7C59F" wp14:editId="4EF510E5">
          <wp:extent cx="4752000" cy="284265"/>
          <wp:effectExtent l="0" t="0" r="0" b="0"/>
          <wp:docPr id="20603038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
                  <a:stretch>
                    <a:fillRect/>
                  </a:stretch>
                </pic:blipFill>
                <pic:spPr>
                  <a:xfrm>
                    <a:off x="0" y="0"/>
                    <a:ext cx="4752000" cy="28426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E77DD" w14:textId="77777777" w:rsidR="003A24E0" w:rsidRDefault="003A24E0">
      <w:pPr>
        <w:spacing w:after="0" w:line="240" w:lineRule="auto"/>
      </w:pPr>
      <w:r>
        <w:separator/>
      </w:r>
    </w:p>
  </w:footnote>
  <w:footnote w:type="continuationSeparator" w:id="0">
    <w:p w14:paraId="0990FF00" w14:textId="77777777" w:rsidR="003A24E0" w:rsidRDefault="003A24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A65ED" w14:textId="77777777" w:rsidR="005566A0" w:rsidRDefault="001D5B6B">
    <w:pPr>
      <w:pStyle w:val="Nagwek"/>
    </w:pPr>
    <w:r>
      <w:rPr>
        <w:noProof/>
        <w:lang w:val="pl-PL" w:eastAsia="pl-PL"/>
      </w:rPr>
      <w:drawing>
        <wp:inline distT="0" distB="0" distL="0" distR="0" wp14:anchorId="4457EBAB" wp14:editId="7BF8D9C8">
          <wp:extent cx="1800000" cy="53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stretch>
                    <a:fillRect/>
                  </a:stretch>
                </pic:blipFill>
                <pic:spPr>
                  <a:xfrm>
                    <a:off x="0" y="0"/>
                    <a:ext cx="1800000" cy="538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1021276492">
    <w:abstractNumId w:val="8"/>
  </w:num>
  <w:num w:numId="2" w16cid:durableId="2059621493">
    <w:abstractNumId w:val="6"/>
  </w:num>
  <w:num w:numId="3" w16cid:durableId="240066357">
    <w:abstractNumId w:val="5"/>
  </w:num>
  <w:num w:numId="4" w16cid:durableId="292713521">
    <w:abstractNumId w:val="4"/>
  </w:num>
  <w:num w:numId="5" w16cid:durableId="1351957220">
    <w:abstractNumId w:val="7"/>
  </w:num>
  <w:num w:numId="6" w16cid:durableId="1894467179">
    <w:abstractNumId w:val="3"/>
  </w:num>
  <w:num w:numId="7" w16cid:durableId="416026695">
    <w:abstractNumId w:val="2"/>
  </w:num>
  <w:num w:numId="8" w16cid:durableId="178349800">
    <w:abstractNumId w:val="1"/>
  </w:num>
  <w:num w:numId="9" w16cid:durableId="399014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084A"/>
    <w:rsid w:val="0015074B"/>
    <w:rsid w:val="001D5B6B"/>
    <w:rsid w:val="001F525D"/>
    <w:rsid w:val="00205F0D"/>
    <w:rsid w:val="00216C3E"/>
    <w:rsid w:val="0023269A"/>
    <w:rsid w:val="0029639D"/>
    <w:rsid w:val="002A3C80"/>
    <w:rsid w:val="00326F90"/>
    <w:rsid w:val="00384DC3"/>
    <w:rsid w:val="003A24E0"/>
    <w:rsid w:val="005566A0"/>
    <w:rsid w:val="0068317C"/>
    <w:rsid w:val="00865F0F"/>
    <w:rsid w:val="008954A1"/>
    <w:rsid w:val="00966120"/>
    <w:rsid w:val="009B54AC"/>
    <w:rsid w:val="009C53B9"/>
    <w:rsid w:val="00AA1D8D"/>
    <w:rsid w:val="00AA79E8"/>
    <w:rsid w:val="00B20EEE"/>
    <w:rsid w:val="00B25406"/>
    <w:rsid w:val="00B42F36"/>
    <w:rsid w:val="00B47730"/>
    <w:rsid w:val="00BE5D21"/>
    <w:rsid w:val="00C60F95"/>
    <w:rsid w:val="00CB0664"/>
    <w:rsid w:val="00D56B0D"/>
    <w:rsid w:val="00D8797B"/>
    <w:rsid w:val="00E1619A"/>
    <w:rsid w:val="00E51038"/>
    <w:rsid w:val="00F140F8"/>
    <w:rsid w:val="00F8374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F3130C"/>
  <w14:defaultImageDpi w14:val="330"/>
  <w15:docId w15:val="{A37F6DD9-FF52-48ED-A98C-69C40ACEB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20" w:line="264" w:lineRule="auto"/>
    </w:pPr>
    <w:rPr>
      <w:rFonts w:ascii="Arial" w:hAnsi="Arial"/>
      <w:color w:val="000000"/>
      <w:sz w:val="20"/>
    </w:rPr>
  </w:style>
  <w:style w:type="paragraph" w:styleId="Nagwek1">
    <w:name w:val="heading 1"/>
    <w:basedOn w:val="Normalny"/>
    <w:next w:val="Normalny"/>
    <w:link w:val="Nagwek1Znak"/>
    <w:uiPriority w:val="9"/>
    <w:qFormat/>
    <w:rsid w:val="00FC693F"/>
    <w:pPr>
      <w:keepNext/>
      <w:keepLines/>
      <w:spacing w:before="200" w:after="80"/>
      <w:outlineLvl w:val="0"/>
    </w:pPr>
    <w:rPr>
      <w:rFonts w:asciiTheme="majorHAnsi" w:eastAsiaTheme="majorEastAsia" w:hAnsiTheme="majorHAnsi" w:cstheme="majorBidi"/>
      <w:b/>
      <w:bCs/>
      <w:sz w:val="22"/>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keepNext/>
      <w:spacing w:after="160" w:line="240" w:lineRule="auto"/>
      <w:contextualSpacing/>
    </w:pPr>
    <w:rPr>
      <w:rFonts w:asciiTheme="majorHAnsi" w:eastAsiaTheme="majorEastAsia" w:hAnsiTheme="majorHAnsi" w:cstheme="majorBidi"/>
      <w:b/>
      <w:spacing w:val="5"/>
      <w:kern w:val="28"/>
      <w:sz w:val="30"/>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ind w:left="360"/>
      <w:contextualSpacing/>
    </w:pPr>
  </w:style>
  <w:style w:type="paragraph" w:styleId="Lista-kontynuacja2">
    <w:name w:val="List Continue 2"/>
    <w:basedOn w:val="Normalny"/>
    <w:uiPriority w:val="99"/>
    <w:unhideWhenUsed/>
    <w:rsid w:val="0029639D"/>
    <w:pPr>
      <w:ind w:left="720"/>
      <w:contextualSpacing/>
    </w:pPr>
  </w:style>
  <w:style w:type="paragraph" w:styleId="Lista-kontynuacja3">
    <w:name w:val="List Continue 3"/>
    <w:basedOn w:val="Normalny"/>
    <w:uiPriority w:val="99"/>
    <w:unhideWhenUsed/>
    <w:rsid w:val="0029639D"/>
    <w:pPr>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Odwoaniedokomentarza">
    <w:name w:val="annotation reference"/>
    <w:basedOn w:val="Domylnaczcionkaakapitu"/>
    <w:uiPriority w:val="99"/>
    <w:semiHidden/>
    <w:unhideWhenUsed/>
    <w:rsid w:val="0023269A"/>
    <w:rPr>
      <w:sz w:val="16"/>
      <w:szCs w:val="16"/>
    </w:rPr>
  </w:style>
  <w:style w:type="paragraph" w:styleId="Tekstkomentarza">
    <w:name w:val="annotation text"/>
    <w:basedOn w:val="Normalny"/>
    <w:link w:val="TekstkomentarzaZnak"/>
    <w:uiPriority w:val="99"/>
    <w:semiHidden/>
    <w:unhideWhenUsed/>
    <w:rsid w:val="0023269A"/>
    <w:pPr>
      <w:spacing w:line="240" w:lineRule="auto"/>
    </w:pPr>
    <w:rPr>
      <w:szCs w:val="20"/>
    </w:rPr>
  </w:style>
  <w:style w:type="character" w:customStyle="1" w:styleId="TekstkomentarzaZnak">
    <w:name w:val="Tekst komentarza Znak"/>
    <w:basedOn w:val="Domylnaczcionkaakapitu"/>
    <w:link w:val="Tekstkomentarza"/>
    <w:uiPriority w:val="99"/>
    <w:semiHidden/>
    <w:rsid w:val="0023269A"/>
    <w:rPr>
      <w:rFonts w:ascii="Arial" w:hAnsi="Arial"/>
      <w:color w:val="000000"/>
      <w:sz w:val="20"/>
      <w:szCs w:val="20"/>
    </w:rPr>
  </w:style>
  <w:style w:type="paragraph" w:styleId="Tematkomentarza">
    <w:name w:val="annotation subject"/>
    <w:basedOn w:val="Tekstkomentarza"/>
    <w:next w:val="Tekstkomentarza"/>
    <w:link w:val="TematkomentarzaZnak"/>
    <w:uiPriority w:val="99"/>
    <w:semiHidden/>
    <w:unhideWhenUsed/>
    <w:rsid w:val="0023269A"/>
    <w:rPr>
      <w:b/>
      <w:bCs/>
    </w:rPr>
  </w:style>
  <w:style w:type="character" w:customStyle="1" w:styleId="TematkomentarzaZnak">
    <w:name w:val="Temat komentarza Znak"/>
    <w:basedOn w:val="TekstkomentarzaZnak"/>
    <w:link w:val="Tematkomentarza"/>
    <w:uiPriority w:val="99"/>
    <w:semiHidden/>
    <w:rsid w:val="0023269A"/>
    <w:rPr>
      <w:rFonts w:ascii="Arial" w:hAnsi="Arial"/>
      <w:b/>
      <w:bCs/>
      <w:color w:val="000000"/>
      <w:sz w:val="20"/>
      <w:szCs w:val="20"/>
    </w:rPr>
  </w:style>
  <w:style w:type="paragraph" w:styleId="Tekstdymka">
    <w:name w:val="Balloon Text"/>
    <w:basedOn w:val="Normalny"/>
    <w:link w:val="TekstdymkaZnak"/>
    <w:uiPriority w:val="99"/>
    <w:semiHidden/>
    <w:unhideWhenUsed/>
    <w:rsid w:val="0023269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3269A"/>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C27130-51A4-4281-B023-C3326348F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324</Words>
  <Characters>1946</Characters>
  <Application>Microsoft Office Word</Application>
  <DocSecurity>0</DocSecurity>
  <Lines>16</Lines>
  <Paragraphs>4</Paragraphs>
  <ScaleCrop>false</ScaleCrop>
  <Manager/>
  <Company/>
  <LinksUpToDate>false</LinksUpToDate>
  <CharactersWithSpaces>2266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Piotr Malczyk</cp:lastModifiedBy>
  <cp:revision>3</cp:revision>
  <dcterms:created xsi:type="dcterms:W3CDTF">2026-10-07T16:41:00Z</dcterms:created>
  <dcterms:modified xsi:type="dcterms:W3CDTF">2026-10-15T12:20:00Z</dcterms:modified>
  <cp:category/>
</cp:coreProperties>
</file>