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657F4" w14:textId="4849F3CA" w:rsidR="005566A0" w:rsidRPr="00421BB9" w:rsidRDefault="001D5B6B" w:rsidP="00421BB9">
      <w:pPr>
        <w:spacing w:after="20" w:line="360" w:lineRule="auto"/>
        <w:jc w:val="right"/>
        <w:rPr>
          <w:rFonts w:ascii="Calibri" w:hAnsi="Calibri" w:cs="Calibri"/>
          <w:sz w:val="22"/>
          <w:lang w:val="pl-PL"/>
        </w:rPr>
      </w:pPr>
      <w:r w:rsidRPr="00421BB9">
        <w:rPr>
          <w:rFonts w:ascii="Calibri" w:hAnsi="Calibri" w:cs="Calibri"/>
          <w:sz w:val="22"/>
          <w:lang w:val="pl-PL"/>
        </w:rPr>
        <w:t>Znak sprawy:</w:t>
      </w:r>
      <w:r w:rsidR="00421BB9" w:rsidRPr="00421BB9">
        <w:rPr>
          <w:rFonts w:ascii="Calibri" w:hAnsi="Calibri" w:cs="Calibri"/>
          <w:sz w:val="22"/>
          <w:lang w:val="pl-PL"/>
        </w:rPr>
        <w:t xml:space="preserve"> </w:t>
      </w:r>
      <w:r w:rsidR="00421BB9" w:rsidRPr="00421BB9">
        <w:rPr>
          <w:rFonts w:ascii="Calibri" w:hAnsi="Calibri" w:cs="Calibri"/>
          <w:sz w:val="22"/>
          <w:lang w:val="pl-PL"/>
        </w:rPr>
        <w:t>ZP.CYBER.U02.2026</w:t>
      </w:r>
    </w:p>
    <w:p w14:paraId="43491E0E" w14:textId="77777777" w:rsidR="005566A0" w:rsidRPr="00421BB9" w:rsidRDefault="001D5B6B" w:rsidP="00421BB9">
      <w:pPr>
        <w:spacing w:line="360" w:lineRule="auto"/>
        <w:jc w:val="right"/>
        <w:rPr>
          <w:rFonts w:ascii="Calibri" w:hAnsi="Calibri" w:cs="Calibri"/>
          <w:sz w:val="22"/>
          <w:lang w:val="pl-PL"/>
        </w:rPr>
      </w:pPr>
      <w:r w:rsidRPr="00421BB9">
        <w:rPr>
          <w:rFonts w:ascii="Calibri" w:hAnsi="Calibri" w:cs="Calibri"/>
          <w:sz w:val="22"/>
          <w:lang w:val="pl-PL"/>
        </w:rPr>
        <w:t>Załącznik nr 2 do zapytania ofertowego</w:t>
      </w:r>
    </w:p>
    <w:p w14:paraId="718DA26F" w14:textId="77777777" w:rsidR="00D8797B" w:rsidRPr="00421BB9" w:rsidRDefault="00D8797B" w:rsidP="00421BB9">
      <w:pPr>
        <w:pStyle w:val="Tytu"/>
        <w:spacing w:line="360" w:lineRule="auto"/>
        <w:jc w:val="center"/>
        <w:rPr>
          <w:rFonts w:ascii="Calibri" w:hAnsi="Calibri" w:cs="Calibri"/>
          <w:sz w:val="22"/>
          <w:szCs w:val="22"/>
          <w:lang w:val="pl-PL"/>
        </w:rPr>
      </w:pPr>
    </w:p>
    <w:p w14:paraId="6712E702" w14:textId="50413B52" w:rsidR="005566A0" w:rsidRPr="00421BB9" w:rsidRDefault="001D5B6B" w:rsidP="00421BB9">
      <w:pPr>
        <w:pStyle w:val="Tytu"/>
        <w:spacing w:line="360" w:lineRule="auto"/>
        <w:jc w:val="center"/>
        <w:rPr>
          <w:rFonts w:ascii="Calibri" w:hAnsi="Calibri" w:cs="Calibri"/>
          <w:sz w:val="22"/>
          <w:szCs w:val="22"/>
          <w:lang w:val="pl-PL"/>
        </w:rPr>
      </w:pPr>
      <w:r w:rsidRPr="00421BB9">
        <w:rPr>
          <w:rFonts w:ascii="Calibri" w:hAnsi="Calibri" w:cs="Calibri"/>
          <w:sz w:val="22"/>
          <w:szCs w:val="22"/>
          <w:lang w:val="pl-PL"/>
        </w:rPr>
        <w:t>Formularz oferty</w:t>
      </w:r>
    </w:p>
    <w:p w14:paraId="5B353574" w14:textId="77777777" w:rsidR="005566A0" w:rsidRPr="00421BB9" w:rsidRDefault="001D5B6B" w:rsidP="00421BB9">
      <w:pPr>
        <w:spacing w:line="360" w:lineRule="auto"/>
        <w:jc w:val="center"/>
        <w:rPr>
          <w:rFonts w:ascii="Calibri" w:hAnsi="Calibri" w:cs="Calibri"/>
          <w:sz w:val="22"/>
          <w:lang w:val="pl-PL"/>
        </w:rPr>
      </w:pPr>
      <w:r w:rsidRPr="00421BB9">
        <w:rPr>
          <w:rFonts w:ascii="Calibri" w:hAnsi="Calibri" w:cs="Calibri"/>
          <w:b/>
          <w:sz w:val="22"/>
          <w:lang w:val="pl-PL"/>
        </w:rPr>
        <w:t>Skan bezpieczeństwa aplikacji i systemów IT</w:t>
      </w:r>
    </w:p>
    <w:p w14:paraId="23509B67" w14:textId="77777777" w:rsidR="005566A0" w:rsidRPr="00421BB9" w:rsidRDefault="001D5B6B" w:rsidP="00421BB9">
      <w:pPr>
        <w:spacing w:line="360" w:lineRule="auto"/>
        <w:jc w:val="both"/>
        <w:rPr>
          <w:rFonts w:ascii="Calibri" w:hAnsi="Calibri" w:cs="Calibri"/>
          <w:sz w:val="22"/>
          <w:lang w:val="pl-PL"/>
        </w:rPr>
      </w:pPr>
      <w:r w:rsidRPr="00421BB9">
        <w:rPr>
          <w:rFonts w:ascii="Calibri" w:hAnsi="Calibri" w:cs="Calibri"/>
          <w:sz w:val="22"/>
          <w:lang w:val="pl-PL"/>
        </w:rPr>
        <w:t>Projekt „Cyberbezpieczne Wodociągi”, finansowany ze środków Krajowego Planu Odbudowy i Zwiększania Odporności oraz Unii Europejskiej – NextGenerationEU, inwestycja C3.1.1 „Cyberbezpieczeństwo – CyberPL”.</w:t>
      </w:r>
    </w:p>
    <w:p w14:paraId="66668659" w14:textId="77777777" w:rsidR="005566A0" w:rsidRPr="00421BB9" w:rsidRDefault="001D5B6B" w:rsidP="00421BB9">
      <w:pPr>
        <w:pStyle w:val="Nagwek1"/>
        <w:spacing w:line="360" w:lineRule="auto"/>
        <w:rPr>
          <w:rFonts w:ascii="Calibri" w:hAnsi="Calibri" w:cs="Calibri"/>
          <w:szCs w:val="22"/>
          <w:lang w:val="pl-PL"/>
        </w:rPr>
      </w:pPr>
      <w:r w:rsidRPr="00421BB9">
        <w:rPr>
          <w:rFonts w:ascii="Calibri" w:hAnsi="Calibri" w:cs="Calibri"/>
          <w:szCs w:val="22"/>
          <w:lang w:val="pl-PL"/>
        </w:rPr>
        <w:t>Zamawiający</w:t>
      </w:r>
    </w:p>
    <w:p w14:paraId="063CEC90" w14:textId="77777777" w:rsidR="005566A0" w:rsidRPr="00421BB9" w:rsidRDefault="001D5B6B" w:rsidP="00421BB9">
      <w:pPr>
        <w:spacing w:line="360" w:lineRule="auto"/>
        <w:jc w:val="both"/>
        <w:rPr>
          <w:rFonts w:ascii="Calibri" w:hAnsi="Calibri" w:cs="Calibri"/>
          <w:sz w:val="22"/>
          <w:lang w:val="pl-PL"/>
        </w:rPr>
      </w:pPr>
      <w:r w:rsidRPr="00421BB9">
        <w:rPr>
          <w:rFonts w:ascii="Calibri" w:hAnsi="Calibri" w:cs="Calibri"/>
          <w:sz w:val="22"/>
          <w:lang w:val="pl-PL"/>
        </w:rPr>
        <w:t>Przedsiębiorstwo Usług Komunalnych „USKOM” Sp. z o.o. w Kożuchowie, ul. Elektryczna 9, 67-120 Kożuchów.</w:t>
      </w:r>
    </w:p>
    <w:p w14:paraId="6A4BF6D3" w14:textId="77777777" w:rsidR="005566A0" w:rsidRPr="00421BB9" w:rsidRDefault="001D5B6B" w:rsidP="00421BB9">
      <w:pPr>
        <w:pStyle w:val="Nagwek1"/>
        <w:spacing w:line="360" w:lineRule="auto"/>
        <w:rPr>
          <w:rFonts w:ascii="Calibri" w:hAnsi="Calibri" w:cs="Calibri"/>
          <w:szCs w:val="22"/>
          <w:lang w:val="pl-PL"/>
        </w:rPr>
      </w:pPr>
      <w:r w:rsidRPr="00421BB9">
        <w:rPr>
          <w:rFonts w:ascii="Calibri" w:hAnsi="Calibri" w:cs="Calibri"/>
          <w:szCs w:val="22"/>
          <w:lang w:val="pl-PL"/>
        </w:rPr>
        <w:t>1. Dane wykonawcy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6269"/>
      </w:tblGrid>
      <w:tr w:rsidR="005566A0" w:rsidRPr="00421BB9" w14:paraId="298AEB78" w14:textId="77777777" w:rsidTr="00D8797B">
        <w:tc>
          <w:tcPr>
            <w:tcW w:w="33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</w:tcPr>
          <w:p w14:paraId="7F48E46D" w14:textId="77777777" w:rsidR="005566A0" w:rsidRPr="00421BB9" w:rsidRDefault="001D5B6B" w:rsidP="00421BB9">
            <w:pPr>
              <w:spacing w:before="60" w:after="60" w:line="360" w:lineRule="auto"/>
              <w:rPr>
                <w:rFonts w:ascii="Calibri" w:hAnsi="Calibri" w:cs="Calibri"/>
                <w:sz w:val="22"/>
                <w:lang w:val="pl-PL"/>
              </w:rPr>
            </w:pPr>
            <w:r w:rsidRPr="00421BB9">
              <w:rPr>
                <w:rFonts w:ascii="Calibri" w:hAnsi="Calibri" w:cs="Calibri"/>
                <w:b/>
                <w:sz w:val="22"/>
                <w:lang w:val="pl-PL"/>
              </w:rPr>
              <w:t>Pełna nazwa wykonawcy</w:t>
            </w:r>
          </w:p>
        </w:tc>
        <w:tc>
          <w:tcPr>
            <w:tcW w:w="62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A701964" w14:textId="77777777" w:rsidR="005566A0" w:rsidRPr="00421BB9" w:rsidRDefault="001D5B6B" w:rsidP="00421BB9">
            <w:pPr>
              <w:spacing w:before="60" w:after="60" w:line="360" w:lineRule="auto"/>
              <w:rPr>
                <w:rFonts w:ascii="Calibri" w:hAnsi="Calibri" w:cs="Calibri"/>
                <w:sz w:val="22"/>
                <w:lang w:val="pl-PL"/>
              </w:rPr>
            </w:pPr>
            <w:r w:rsidRPr="00421BB9">
              <w:rPr>
                <w:rFonts w:ascii="Calibri" w:hAnsi="Calibri" w:cs="Calibri"/>
                <w:sz w:val="22"/>
                <w:lang w:val="pl-PL"/>
              </w:rPr>
              <w:t>................................................................................................................</w:t>
            </w:r>
          </w:p>
        </w:tc>
      </w:tr>
    </w:tbl>
    <w:p w14:paraId="517821C6" w14:textId="77777777" w:rsidR="005566A0" w:rsidRPr="00421BB9" w:rsidRDefault="005566A0" w:rsidP="00421BB9">
      <w:pPr>
        <w:spacing w:after="0" w:line="360" w:lineRule="auto"/>
        <w:rPr>
          <w:rFonts w:ascii="Calibri" w:hAnsi="Calibri" w:cs="Calibri"/>
          <w:sz w:val="22"/>
          <w:lang w:val="pl-P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6269"/>
      </w:tblGrid>
      <w:tr w:rsidR="005566A0" w:rsidRPr="00421BB9" w14:paraId="0CBFF748" w14:textId="77777777" w:rsidTr="00D8797B">
        <w:tc>
          <w:tcPr>
            <w:tcW w:w="33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</w:tcPr>
          <w:p w14:paraId="08B49834" w14:textId="77777777" w:rsidR="005566A0" w:rsidRPr="00421BB9" w:rsidRDefault="001D5B6B" w:rsidP="00421BB9">
            <w:pPr>
              <w:spacing w:before="60" w:after="60" w:line="360" w:lineRule="auto"/>
              <w:rPr>
                <w:rFonts w:ascii="Calibri" w:hAnsi="Calibri" w:cs="Calibri"/>
                <w:sz w:val="22"/>
                <w:lang w:val="pl-PL"/>
              </w:rPr>
            </w:pPr>
            <w:r w:rsidRPr="00421BB9">
              <w:rPr>
                <w:rFonts w:ascii="Calibri" w:hAnsi="Calibri" w:cs="Calibri"/>
                <w:b/>
                <w:sz w:val="22"/>
                <w:lang w:val="pl-PL"/>
              </w:rPr>
              <w:t>Adres siedziby</w:t>
            </w:r>
          </w:p>
        </w:tc>
        <w:tc>
          <w:tcPr>
            <w:tcW w:w="62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33FAC41" w14:textId="77777777" w:rsidR="005566A0" w:rsidRPr="00421BB9" w:rsidRDefault="001D5B6B" w:rsidP="00421BB9">
            <w:pPr>
              <w:spacing w:before="60" w:after="60" w:line="360" w:lineRule="auto"/>
              <w:rPr>
                <w:rFonts w:ascii="Calibri" w:hAnsi="Calibri" w:cs="Calibri"/>
                <w:sz w:val="22"/>
                <w:lang w:val="pl-PL"/>
              </w:rPr>
            </w:pPr>
            <w:r w:rsidRPr="00421BB9">
              <w:rPr>
                <w:rFonts w:ascii="Calibri" w:hAnsi="Calibri" w:cs="Calibri"/>
                <w:sz w:val="22"/>
                <w:lang w:val="pl-PL"/>
              </w:rPr>
              <w:t>................................................................................................................</w:t>
            </w:r>
          </w:p>
        </w:tc>
      </w:tr>
    </w:tbl>
    <w:p w14:paraId="3B7E4B71" w14:textId="77777777" w:rsidR="005566A0" w:rsidRPr="00421BB9" w:rsidRDefault="005566A0" w:rsidP="00421BB9">
      <w:pPr>
        <w:spacing w:after="0" w:line="360" w:lineRule="auto"/>
        <w:rPr>
          <w:rFonts w:ascii="Calibri" w:hAnsi="Calibri" w:cs="Calibri"/>
          <w:sz w:val="22"/>
          <w:lang w:val="pl-P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6269"/>
      </w:tblGrid>
      <w:tr w:rsidR="005566A0" w:rsidRPr="00421BB9" w14:paraId="1D3B89A9" w14:textId="77777777" w:rsidTr="00D8797B">
        <w:tc>
          <w:tcPr>
            <w:tcW w:w="33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</w:tcPr>
          <w:p w14:paraId="7720F00F" w14:textId="77777777" w:rsidR="005566A0" w:rsidRPr="00421BB9" w:rsidRDefault="001D5B6B" w:rsidP="00421BB9">
            <w:pPr>
              <w:spacing w:before="60" w:after="60" w:line="360" w:lineRule="auto"/>
              <w:rPr>
                <w:rFonts w:ascii="Calibri" w:hAnsi="Calibri" w:cs="Calibri"/>
                <w:sz w:val="22"/>
                <w:lang w:val="pl-PL"/>
              </w:rPr>
            </w:pPr>
            <w:r w:rsidRPr="00421BB9">
              <w:rPr>
                <w:rFonts w:ascii="Calibri" w:hAnsi="Calibri" w:cs="Calibri"/>
                <w:b/>
                <w:sz w:val="22"/>
                <w:lang w:val="pl-PL"/>
              </w:rPr>
              <w:t>NIP i REGON</w:t>
            </w:r>
          </w:p>
        </w:tc>
        <w:tc>
          <w:tcPr>
            <w:tcW w:w="62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5A670A0" w14:textId="77777777" w:rsidR="005566A0" w:rsidRPr="00421BB9" w:rsidRDefault="001D5B6B" w:rsidP="00421BB9">
            <w:pPr>
              <w:spacing w:before="60" w:after="60" w:line="360" w:lineRule="auto"/>
              <w:rPr>
                <w:rFonts w:ascii="Calibri" w:hAnsi="Calibri" w:cs="Calibri"/>
                <w:sz w:val="22"/>
                <w:lang w:val="pl-PL"/>
              </w:rPr>
            </w:pPr>
            <w:r w:rsidRPr="00421BB9">
              <w:rPr>
                <w:rFonts w:ascii="Calibri" w:hAnsi="Calibri" w:cs="Calibri"/>
                <w:sz w:val="22"/>
                <w:lang w:val="pl-PL"/>
              </w:rPr>
              <w:t>................................................................................................................</w:t>
            </w:r>
          </w:p>
        </w:tc>
      </w:tr>
    </w:tbl>
    <w:p w14:paraId="101CE294" w14:textId="77777777" w:rsidR="005566A0" w:rsidRPr="00421BB9" w:rsidRDefault="005566A0" w:rsidP="00421BB9">
      <w:pPr>
        <w:spacing w:after="0" w:line="360" w:lineRule="auto"/>
        <w:rPr>
          <w:rFonts w:ascii="Calibri" w:hAnsi="Calibri" w:cs="Calibri"/>
          <w:sz w:val="22"/>
          <w:lang w:val="pl-P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6269"/>
      </w:tblGrid>
      <w:tr w:rsidR="005566A0" w:rsidRPr="00421BB9" w14:paraId="0A235C66" w14:textId="77777777" w:rsidTr="00D8797B">
        <w:tc>
          <w:tcPr>
            <w:tcW w:w="33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</w:tcPr>
          <w:p w14:paraId="3F2CF480" w14:textId="77777777" w:rsidR="005566A0" w:rsidRPr="00421BB9" w:rsidRDefault="001D5B6B" w:rsidP="00421BB9">
            <w:pPr>
              <w:spacing w:before="60" w:after="60" w:line="360" w:lineRule="auto"/>
              <w:rPr>
                <w:rFonts w:ascii="Calibri" w:hAnsi="Calibri" w:cs="Calibri"/>
                <w:sz w:val="22"/>
                <w:lang w:val="pl-PL"/>
              </w:rPr>
            </w:pPr>
            <w:r w:rsidRPr="00421BB9">
              <w:rPr>
                <w:rFonts w:ascii="Calibri" w:hAnsi="Calibri" w:cs="Calibri"/>
                <w:b/>
                <w:sz w:val="22"/>
                <w:lang w:val="pl-PL"/>
              </w:rPr>
              <w:t>Adres e-mail do korespondencji</w:t>
            </w:r>
          </w:p>
        </w:tc>
        <w:tc>
          <w:tcPr>
            <w:tcW w:w="62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AAC96D6" w14:textId="77777777" w:rsidR="005566A0" w:rsidRPr="00421BB9" w:rsidRDefault="001D5B6B" w:rsidP="00421BB9">
            <w:pPr>
              <w:spacing w:before="60" w:after="60" w:line="360" w:lineRule="auto"/>
              <w:rPr>
                <w:rFonts w:ascii="Calibri" w:hAnsi="Calibri" w:cs="Calibri"/>
                <w:sz w:val="22"/>
                <w:lang w:val="pl-PL"/>
              </w:rPr>
            </w:pPr>
            <w:r w:rsidRPr="00421BB9">
              <w:rPr>
                <w:rFonts w:ascii="Calibri" w:hAnsi="Calibri" w:cs="Calibri"/>
                <w:sz w:val="22"/>
                <w:lang w:val="pl-PL"/>
              </w:rPr>
              <w:t>................................................................................................................</w:t>
            </w:r>
          </w:p>
        </w:tc>
      </w:tr>
    </w:tbl>
    <w:p w14:paraId="099C6191" w14:textId="77777777" w:rsidR="005566A0" w:rsidRPr="00421BB9" w:rsidRDefault="005566A0" w:rsidP="00421BB9">
      <w:pPr>
        <w:spacing w:after="0" w:line="360" w:lineRule="auto"/>
        <w:rPr>
          <w:rFonts w:ascii="Calibri" w:hAnsi="Calibri" w:cs="Calibri"/>
          <w:sz w:val="22"/>
          <w:lang w:val="pl-P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6269"/>
      </w:tblGrid>
      <w:tr w:rsidR="005566A0" w:rsidRPr="00421BB9" w14:paraId="0D446367" w14:textId="77777777" w:rsidTr="00D8797B">
        <w:tc>
          <w:tcPr>
            <w:tcW w:w="33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</w:tcPr>
          <w:p w14:paraId="4F57A71B" w14:textId="77777777" w:rsidR="005566A0" w:rsidRPr="00421BB9" w:rsidRDefault="001D5B6B" w:rsidP="00421BB9">
            <w:pPr>
              <w:spacing w:before="60" w:after="60" w:line="360" w:lineRule="auto"/>
              <w:rPr>
                <w:rFonts w:ascii="Calibri" w:hAnsi="Calibri" w:cs="Calibri"/>
                <w:sz w:val="22"/>
                <w:lang w:val="pl-PL"/>
              </w:rPr>
            </w:pPr>
            <w:r w:rsidRPr="00421BB9">
              <w:rPr>
                <w:rFonts w:ascii="Calibri" w:hAnsi="Calibri" w:cs="Calibri"/>
                <w:b/>
                <w:sz w:val="22"/>
                <w:lang w:val="pl-PL"/>
              </w:rPr>
              <w:t>Osoba do kontaktu i telefon</w:t>
            </w:r>
          </w:p>
        </w:tc>
        <w:tc>
          <w:tcPr>
            <w:tcW w:w="62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0B28FD2" w14:textId="77777777" w:rsidR="005566A0" w:rsidRPr="00421BB9" w:rsidRDefault="001D5B6B" w:rsidP="00421BB9">
            <w:pPr>
              <w:spacing w:before="60" w:after="60" w:line="360" w:lineRule="auto"/>
              <w:rPr>
                <w:rFonts w:ascii="Calibri" w:hAnsi="Calibri" w:cs="Calibri"/>
                <w:sz w:val="22"/>
                <w:lang w:val="pl-PL"/>
              </w:rPr>
            </w:pPr>
            <w:r w:rsidRPr="00421BB9">
              <w:rPr>
                <w:rFonts w:ascii="Calibri" w:hAnsi="Calibri" w:cs="Calibri"/>
                <w:sz w:val="22"/>
                <w:lang w:val="pl-PL"/>
              </w:rPr>
              <w:t>................................................................................................................</w:t>
            </w:r>
          </w:p>
        </w:tc>
      </w:tr>
    </w:tbl>
    <w:p w14:paraId="13A6207E" w14:textId="77777777" w:rsidR="005566A0" w:rsidRPr="00421BB9" w:rsidRDefault="005566A0" w:rsidP="00421BB9">
      <w:pPr>
        <w:spacing w:after="0" w:line="360" w:lineRule="auto"/>
        <w:rPr>
          <w:rFonts w:ascii="Calibri" w:hAnsi="Calibri" w:cs="Calibri"/>
          <w:sz w:val="22"/>
          <w:lang w:val="pl-PL"/>
        </w:rPr>
      </w:pPr>
    </w:p>
    <w:p w14:paraId="67392C7B" w14:textId="77777777" w:rsidR="005566A0" w:rsidRPr="00421BB9" w:rsidRDefault="001D5B6B" w:rsidP="00421BB9">
      <w:pPr>
        <w:pStyle w:val="Nagwek1"/>
        <w:spacing w:line="360" w:lineRule="auto"/>
        <w:rPr>
          <w:rFonts w:ascii="Calibri" w:hAnsi="Calibri" w:cs="Calibri"/>
          <w:szCs w:val="22"/>
          <w:lang w:val="pl-PL"/>
        </w:rPr>
      </w:pPr>
      <w:r w:rsidRPr="00421BB9">
        <w:rPr>
          <w:rFonts w:ascii="Calibri" w:hAnsi="Calibri" w:cs="Calibri"/>
          <w:szCs w:val="22"/>
          <w:lang w:val="pl-PL"/>
        </w:rPr>
        <w:t>2. Oferowany przedmiot i cena</w:t>
      </w:r>
    </w:p>
    <w:p w14:paraId="176C590E" w14:textId="765B288D" w:rsidR="005566A0" w:rsidRPr="00421BB9" w:rsidRDefault="001D5B6B" w:rsidP="00421BB9">
      <w:pPr>
        <w:keepNext/>
        <w:spacing w:line="360" w:lineRule="auto"/>
        <w:jc w:val="both"/>
        <w:rPr>
          <w:rFonts w:ascii="Calibri" w:hAnsi="Calibri" w:cs="Calibri"/>
          <w:sz w:val="22"/>
          <w:lang w:val="pl-PL"/>
        </w:rPr>
      </w:pPr>
      <w:r w:rsidRPr="00421BB9">
        <w:rPr>
          <w:rFonts w:ascii="Calibri" w:hAnsi="Calibri" w:cs="Calibri"/>
          <w:sz w:val="22"/>
          <w:lang w:val="pl-PL"/>
        </w:rPr>
        <w:t xml:space="preserve">Oferujemy wykonanie jednorazowej usługi skanowania i analizy podatności bezpieczeństwa systemów, aplikacji oraz infrastruktury IT, wraz z kontrolowaną weryfikacją wykrytych podatności i sporządzeniem </w:t>
      </w:r>
      <w:r w:rsidRPr="00421BB9">
        <w:rPr>
          <w:rFonts w:ascii="Calibri" w:hAnsi="Calibri" w:cs="Calibri"/>
          <w:sz w:val="22"/>
          <w:lang w:val="pl-PL"/>
        </w:rPr>
        <w:lastRenderedPageBreak/>
        <w:t xml:space="preserve">raportu, w całym zakresie określonym w zapytaniu ofertowym i załączniku nr 1 – Opisie przedmiotu zamówienia (OPZ), </w:t>
      </w:r>
      <w:r w:rsidR="000F2A98" w:rsidRPr="00421BB9">
        <w:rPr>
          <w:rFonts w:ascii="Calibri" w:hAnsi="Calibri" w:cs="Calibri"/>
          <w:sz w:val="22"/>
        </w:rPr>
        <w:t>z</w:t>
      </w:r>
      <w:r w:rsidR="000F2A98" w:rsidRPr="00421BB9">
        <w:rPr>
          <w:rFonts w:ascii="Calibri" w:hAnsi="Calibri" w:cs="Calibri"/>
          <w:sz w:val="22"/>
          <w:lang w:val="pl-PL"/>
        </w:rPr>
        <w:t>a następującą łączną cenę, wyrażoną w PLN z dokładnością do dwóch miejsc po przecinku: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5566A0" w:rsidRPr="00421BB9" w14:paraId="4B30AD5A" w14:textId="77777777">
        <w:trPr>
          <w:cantSplit/>
          <w:jc w:val="center"/>
        </w:trPr>
        <w:tc>
          <w:tcPr>
            <w:tcW w:w="32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8E8"/>
            <w:vAlign w:val="center"/>
          </w:tcPr>
          <w:p w14:paraId="32A136EB" w14:textId="5345CE21" w:rsidR="005566A0" w:rsidRPr="00421BB9" w:rsidRDefault="001D5B6B" w:rsidP="00421BB9">
            <w:pPr>
              <w:spacing w:before="60" w:after="60" w:line="360" w:lineRule="auto"/>
              <w:rPr>
                <w:rFonts w:ascii="Calibri" w:hAnsi="Calibri" w:cs="Calibri"/>
                <w:sz w:val="22"/>
                <w:lang w:val="pl-PL"/>
              </w:rPr>
            </w:pPr>
            <w:r w:rsidRPr="00421BB9">
              <w:rPr>
                <w:rFonts w:ascii="Calibri" w:hAnsi="Calibri" w:cs="Calibri"/>
                <w:b/>
                <w:sz w:val="22"/>
                <w:lang w:val="pl-PL"/>
              </w:rPr>
              <w:t>Cena netto / wynagrodzenie bez VAT w PLN</w:t>
            </w:r>
          </w:p>
        </w:tc>
        <w:tc>
          <w:tcPr>
            <w:tcW w:w="32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8E8"/>
            <w:vAlign w:val="center"/>
          </w:tcPr>
          <w:p w14:paraId="6DC49E20" w14:textId="0A890986" w:rsidR="005566A0" w:rsidRPr="00421BB9" w:rsidRDefault="00216C3E" w:rsidP="00421BB9">
            <w:pPr>
              <w:spacing w:before="60" w:after="60" w:line="360" w:lineRule="auto"/>
              <w:rPr>
                <w:rFonts w:ascii="Calibri" w:hAnsi="Calibri" w:cs="Calibri"/>
                <w:sz w:val="22"/>
                <w:lang w:val="pl-PL"/>
              </w:rPr>
            </w:pPr>
            <w:r w:rsidRPr="00421BB9">
              <w:rPr>
                <w:rFonts w:ascii="Calibri" w:hAnsi="Calibri" w:cs="Calibri"/>
                <w:b/>
                <w:sz w:val="22"/>
              </w:rPr>
              <w:t>Status VAT, stawka i kwota VAT</w:t>
            </w:r>
          </w:p>
        </w:tc>
        <w:tc>
          <w:tcPr>
            <w:tcW w:w="32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8E8"/>
            <w:vAlign w:val="center"/>
          </w:tcPr>
          <w:p w14:paraId="2AF319C7" w14:textId="1D52EFF3" w:rsidR="005566A0" w:rsidRPr="00421BB9" w:rsidRDefault="00F67C48" w:rsidP="00421BB9">
            <w:pPr>
              <w:spacing w:before="60" w:after="60" w:line="360" w:lineRule="auto"/>
              <w:rPr>
                <w:rFonts w:ascii="Calibri" w:hAnsi="Calibri" w:cs="Calibri"/>
                <w:sz w:val="22"/>
                <w:lang w:val="pl-PL"/>
              </w:rPr>
            </w:pPr>
            <w:r w:rsidRPr="00421BB9">
              <w:rPr>
                <w:rFonts w:ascii="Calibri" w:hAnsi="Calibri" w:cs="Calibri"/>
                <w:b/>
                <w:sz w:val="22"/>
              </w:rPr>
              <w:t>Łączna cena oferty (kwota do zapłaty) w PLN</w:t>
            </w:r>
          </w:p>
        </w:tc>
      </w:tr>
      <w:tr w:rsidR="005566A0" w:rsidRPr="00421BB9" w14:paraId="3038900B" w14:textId="77777777">
        <w:trPr>
          <w:cantSplit/>
          <w:jc w:val="center"/>
        </w:trPr>
        <w:tc>
          <w:tcPr>
            <w:tcW w:w="32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577292B" w14:textId="77777777" w:rsidR="005566A0" w:rsidRPr="00421BB9" w:rsidRDefault="001D5B6B" w:rsidP="00421BB9">
            <w:pPr>
              <w:spacing w:before="60" w:after="60" w:line="360" w:lineRule="auto"/>
              <w:rPr>
                <w:rFonts w:ascii="Calibri" w:hAnsi="Calibri" w:cs="Calibri"/>
                <w:sz w:val="22"/>
                <w:lang w:val="pl-PL"/>
              </w:rPr>
            </w:pPr>
            <w:r w:rsidRPr="00421BB9">
              <w:rPr>
                <w:rFonts w:ascii="Calibri" w:hAnsi="Calibri" w:cs="Calibri"/>
                <w:sz w:val="22"/>
                <w:lang w:val="pl-PL"/>
              </w:rPr>
              <w:t>........................................</w:t>
            </w:r>
          </w:p>
        </w:tc>
        <w:tc>
          <w:tcPr>
            <w:tcW w:w="32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773176F" w14:textId="77777777" w:rsidR="005566A0" w:rsidRPr="00421BB9" w:rsidRDefault="001D5B6B" w:rsidP="00421BB9">
            <w:pPr>
              <w:spacing w:before="60" w:after="60" w:line="360" w:lineRule="auto"/>
              <w:rPr>
                <w:rFonts w:ascii="Calibri" w:hAnsi="Calibri" w:cs="Calibri"/>
                <w:sz w:val="22"/>
                <w:lang w:val="pl-PL"/>
              </w:rPr>
            </w:pPr>
            <w:r w:rsidRPr="00421BB9">
              <w:rPr>
                <w:rFonts w:ascii="Calibri" w:hAnsi="Calibri" w:cs="Calibri"/>
                <w:sz w:val="22"/>
                <w:lang w:val="pl-PL"/>
              </w:rPr>
              <w:t>Status: ...............................</w:t>
            </w:r>
            <w:r w:rsidRPr="00421BB9">
              <w:rPr>
                <w:rFonts w:ascii="Calibri" w:hAnsi="Calibri" w:cs="Calibri"/>
                <w:sz w:val="22"/>
                <w:lang w:val="pl-PL"/>
              </w:rPr>
              <w:br/>
              <w:t>Stawka: ..............................</w:t>
            </w:r>
            <w:r w:rsidRPr="00421BB9">
              <w:rPr>
                <w:rFonts w:ascii="Calibri" w:hAnsi="Calibri" w:cs="Calibri"/>
                <w:sz w:val="22"/>
                <w:lang w:val="pl-PL"/>
              </w:rPr>
              <w:br/>
              <w:t>Kwota: .......................... PLN</w:t>
            </w:r>
          </w:p>
        </w:tc>
        <w:tc>
          <w:tcPr>
            <w:tcW w:w="32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556DBBC" w14:textId="77777777" w:rsidR="005566A0" w:rsidRPr="00421BB9" w:rsidRDefault="001D5B6B" w:rsidP="00421BB9">
            <w:pPr>
              <w:spacing w:before="60" w:after="60" w:line="360" w:lineRule="auto"/>
              <w:rPr>
                <w:rFonts w:ascii="Calibri" w:hAnsi="Calibri" w:cs="Calibri"/>
                <w:sz w:val="22"/>
                <w:lang w:val="pl-PL"/>
              </w:rPr>
            </w:pPr>
            <w:r w:rsidRPr="00421BB9">
              <w:rPr>
                <w:rFonts w:ascii="Calibri" w:hAnsi="Calibri" w:cs="Calibri"/>
                <w:sz w:val="22"/>
                <w:lang w:val="pl-PL"/>
              </w:rPr>
              <w:t>........................................</w:t>
            </w:r>
          </w:p>
        </w:tc>
      </w:tr>
    </w:tbl>
    <w:p w14:paraId="04FABA2F" w14:textId="297F3069" w:rsidR="005566A0" w:rsidRPr="00421BB9" w:rsidRDefault="00216C3E" w:rsidP="00421BB9">
      <w:pPr>
        <w:spacing w:line="360" w:lineRule="auto"/>
        <w:jc w:val="both"/>
        <w:rPr>
          <w:rFonts w:ascii="Calibri" w:hAnsi="Calibri" w:cs="Calibri"/>
          <w:sz w:val="22"/>
          <w:lang w:val="pl-PL"/>
        </w:rPr>
      </w:pPr>
      <w:r w:rsidRPr="00421BB9">
        <w:rPr>
          <w:rFonts w:ascii="Calibri" w:hAnsi="Calibri" w:cs="Calibri"/>
          <w:sz w:val="22"/>
          <w:lang w:val="pl-PL"/>
        </w:rPr>
        <w:t xml:space="preserve">Łączna cena oferty oznacza całkowitą kwotę do zapłaty przez Zamawiającego, z uwzględnieniem VAT, jeżeli ma zastosowanie. Wykonawca wskaże status VAT, właściwą stawkę i kwotę podatku. </w:t>
      </w:r>
      <w:r w:rsidR="00F156D7" w:rsidRPr="00421BB9">
        <w:rPr>
          <w:rFonts w:ascii="Calibri" w:hAnsi="Calibri" w:cs="Calibri"/>
          <w:sz w:val="22"/>
          <w:lang w:val="pl-PL"/>
        </w:rPr>
        <w:t xml:space="preserve">Przez „status VAT” należy rozumieć sposób rozliczenia podatku VAT w odniesieniu do oferowanej usługi, tj. wskazanie, czy usługa podlega opodatkowaniu VAT według właściwej stawki, korzysta ze zwolnienia z VAT, czy też podatek VAT nie ma zastosowania. </w:t>
      </w:r>
      <w:r w:rsidRPr="00421BB9">
        <w:rPr>
          <w:rFonts w:ascii="Calibri" w:hAnsi="Calibri" w:cs="Calibri"/>
          <w:sz w:val="22"/>
          <w:lang w:val="pl-PL"/>
        </w:rPr>
        <w:t>W przypadku zwolnienia z VAT należy wpisać „zw.” oraz podstawę zwolnienia. Jeżeli VAT nie ma zastosowania, należy wpisać „nie dotyczy”; wówczas łączna cena oferty odpowiada kwocie wynagrodzenia bez doliczania VAT.</w:t>
      </w:r>
    </w:p>
    <w:p w14:paraId="21C55BCB" w14:textId="77777777" w:rsidR="005566A0" w:rsidRPr="00421BB9" w:rsidRDefault="001D5B6B" w:rsidP="00421BB9">
      <w:pPr>
        <w:spacing w:line="360" w:lineRule="auto"/>
        <w:jc w:val="both"/>
        <w:rPr>
          <w:rFonts w:ascii="Calibri" w:hAnsi="Calibri" w:cs="Calibri"/>
          <w:sz w:val="22"/>
          <w:lang w:val="pl-PL"/>
        </w:rPr>
      </w:pPr>
      <w:r w:rsidRPr="00421BB9">
        <w:rPr>
          <w:rFonts w:ascii="Calibri" w:hAnsi="Calibri" w:cs="Calibri"/>
          <w:sz w:val="22"/>
          <w:lang w:val="pl-PL"/>
        </w:rPr>
        <w:t>Cena obejmuje wszystkie koszty wykonania zamówienia, w tym uzgodnienia organizacyjne i techniczne, skanowanie, analizę i kontrolowaną weryfikację podatności, wykorzystanie narzędzi, sporządzenie i bezpieczne przekazanie raportu, wymagane wyjaśnienia, omówienie wyników oraz uzupełnienie raportu. Nie przewidujemy odrębnych opłat za te elementy.</w:t>
      </w:r>
    </w:p>
    <w:p w14:paraId="7DADF02D" w14:textId="192B7DC6" w:rsidR="005566A0" w:rsidRPr="00421BB9" w:rsidRDefault="001D5B6B" w:rsidP="00421BB9">
      <w:pPr>
        <w:spacing w:line="360" w:lineRule="auto"/>
        <w:rPr>
          <w:rFonts w:ascii="Calibri" w:hAnsi="Calibri" w:cs="Calibri"/>
          <w:b/>
          <w:bCs/>
          <w:sz w:val="22"/>
          <w:lang w:val="pl-PL"/>
        </w:rPr>
      </w:pPr>
      <w:r w:rsidRPr="00421BB9">
        <w:rPr>
          <w:rFonts w:ascii="Calibri" w:hAnsi="Calibri" w:cs="Calibri"/>
          <w:b/>
          <w:bCs/>
          <w:sz w:val="22"/>
          <w:lang w:val="pl-PL"/>
        </w:rPr>
        <w:t>3. Oświadczenia wykonawcy</w:t>
      </w:r>
    </w:p>
    <w:p w14:paraId="14E3F4C6" w14:textId="01A3AEBD" w:rsidR="005566A0" w:rsidRPr="00421BB9" w:rsidRDefault="001D5B6B" w:rsidP="00421BB9">
      <w:pPr>
        <w:pStyle w:val="Akapitzlist"/>
        <w:keepLines/>
        <w:numPr>
          <w:ilvl w:val="0"/>
          <w:numId w:val="10"/>
        </w:numPr>
        <w:spacing w:line="360" w:lineRule="auto"/>
        <w:ind w:left="426" w:hanging="426"/>
        <w:jc w:val="both"/>
        <w:rPr>
          <w:rFonts w:ascii="Calibri" w:hAnsi="Calibri" w:cs="Calibri"/>
          <w:sz w:val="22"/>
          <w:lang w:val="pl-PL"/>
        </w:rPr>
      </w:pPr>
      <w:r w:rsidRPr="00421BB9">
        <w:rPr>
          <w:rFonts w:ascii="Calibri" w:hAnsi="Calibri" w:cs="Calibri"/>
          <w:sz w:val="22"/>
          <w:lang w:val="pl-PL"/>
        </w:rPr>
        <w:t>Zapoznaliśmy się z zapytaniem ofertowym i OPZ oraz oferujemy wykonanie całego zakresu zamówienia, w tym badanie zasobów w zakresie ilościowym określonym przez Zamawiającego, bez zastrzeżeń i dodatkowych opłat za wymagane elementy usługi.</w:t>
      </w:r>
    </w:p>
    <w:p w14:paraId="0831FE50" w14:textId="2F64480B" w:rsidR="005566A0" w:rsidRPr="00421BB9" w:rsidRDefault="001D5B6B" w:rsidP="00421BB9">
      <w:pPr>
        <w:pStyle w:val="Akapitzlist"/>
        <w:keepLines/>
        <w:numPr>
          <w:ilvl w:val="0"/>
          <w:numId w:val="10"/>
        </w:numPr>
        <w:spacing w:line="360" w:lineRule="auto"/>
        <w:ind w:left="426" w:hanging="426"/>
        <w:jc w:val="both"/>
        <w:rPr>
          <w:rFonts w:ascii="Calibri" w:hAnsi="Calibri" w:cs="Calibri"/>
          <w:sz w:val="22"/>
          <w:lang w:val="pl-PL"/>
        </w:rPr>
      </w:pPr>
      <w:r w:rsidRPr="00421BB9">
        <w:rPr>
          <w:rFonts w:ascii="Calibri" w:hAnsi="Calibri" w:cs="Calibri"/>
          <w:sz w:val="22"/>
          <w:lang w:val="pl-PL"/>
        </w:rPr>
        <w:t>Wykonamy usługę wraz z przekazaniem kompletnego raportu do 15 listopada 2026 r. Na żądanie Zamawiającego udzielimy wyjaśnień i omówimy wyniki. Braki, nieścisłości lub konieczność doprecyzowania wyników wyjaśnimy lub uzupełnimy bez dodatkowego wynagrodzenia, w terminie nie dłuższym niż 3 dni robocze od przekazania uwag przez Zamawiającego, chyba że wyrazi on zgodę na inny termin.</w:t>
      </w:r>
    </w:p>
    <w:p w14:paraId="00F60740" w14:textId="4CC944B1" w:rsidR="005566A0" w:rsidRPr="00421BB9" w:rsidRDefault="001D5B6B" w:rsidP="00421BB9">
      <w:pPr>
        <w:pStyle w:val="Akapitzlist"/>
        <w:keepLines/>
        <w:numPr>
          <w:ilvl w:val="0"/>
          <w:numId w:val="10"/>
        </w:numPr>
        <w:spacing w:line="360" w:lineRule="auto"/>
        <w:ind w:left="426" w:hanging="426"/>
        <w:jc w:val="both"/>
        <w:rPr>
          <w:rFonts w:ascii="Calibri" w:hAnsi="Calibri" w:cs="Calibri"/>
          <w:sz w:val="22"/>
          <w:lang w:val="pl-PL"/>
        </w:rPr>
      </w:pPr>
      <w:r w:rsidRPr="00421BB9">
        <w:rPr>
          <w:rFonts w:ascii="Calibri" w:hAnsi="Calibri" w:cs="Calibri"/>
          <w:sz w:val="22"/>
          <w:lang w:val="pl-PL"/>
        </w:rPr>
        <w:t>Przeprowadzimy badanie wyłącznie w zakresie i terminie oraz w sposób uzgodniony z Zamawiającym, zgodnie z zasadami bezpieczeństwa oraz ograniczeniami testów określonymi w OPZ i zapytaniu. W przypadku ryzyka zakłócenia pracy systemu przerwiemy dalszą weryfikację podatności w tym zakresie i poinformujemy Zamawiającego.</w:t>
      </w:r>
    </w:p>
    <w:p w14:paraId="58B45957" w14:textId="0EF034FC" w:rsidR="00B20EEE" w:rsidRPr="00421BB9" w:rsidRDefault="00B20EEE" w:rsidP="00421BB9">
      <w:pPr>
        <w:pStyle w:val="Akapitzlist"/>
        <w:keepLines/>
        <w:numPr>
          <w:ilvl w:val="0"/>
          <w:numId w:val="10"/>
        </w:numPr>
        <w:spacing w:line="360" w:lineRule="auto"/>
        <w:ind w:left="426" w:hanging="426"/>
        <w:jc w:val="both"/>
        <w:rPr>
          <w:rFonts w:ascii="Calibri" w:hAnsi="Calibri" w:cs="Calibri"/>
          <w:sz w:val="22"/>
          <w:lang w:val="pl-PL"/>
        </w:rPr>
      </w:pPr>
      <w:r w:rsidRPr="00421BB9">
        <w:rPr>
          <w:rFonts w:ascii="Calibri" w:hAnsi="Calibri" w:cs="Calibri"/>
          <w:sz w:val="22"/>
          <w:lang w:val="pl-PL"/>
        </w:rPr>
        <w:lastRenderedPageBreak/>
        <w:t>Zachowamy poufność informacji uzyskanych podczas realizacji zamówienia oraz zapewnimy ich ochronę, bezpieczne przechowywanie i przekazywanie. Kopie danych i materiałów pozyskanych podczas badania usuniemy po zakończeniu usługi i przekazaniu wymaganej dokumentacji, z uwzględnieniem wyjątków określonych w OPZ. Jeżeli będzie wymagane powierzenie przetwarzania danych osobowych, zawrzemy umowę powierzenia zgodnie z pkt 8 zapytania ofertowego.</w:t>
      </w:r>
    </w:p>
    <w:p w14:paraId="7980E0F6" w14:textId="2561EDE1" w:rsidR="005566A0" w:rsidRPr="00421BB9" w:rsidRDefault="00B20EEE" w:rsidP="00421BB9">
      <w:pPr>
        <w:pStyle w:val="Akapitzlist"/>
        <w:keepLines/>
        <w:numPr>
          <w:ilvl w:val="0"/>
          <w:numId w:val="10"/>
        </w:numPr>
        <w:spacing w:line="360" w:lineRule="auto"/>
        <w:ind w:left="426" w:hanging="426"/>
        <w:jc w:val="both"/>
        <w:rPr>
          <w:rFonts w:ascii="Calibri" w:hAnsi="Calibri" w:cs="Calibri"/>
          <w:sz w:val="22"/>
          <w:lang w:val="pl-PL"/>
        </w:rPr>
      </w:pPr>
      <w:r w:rsidRPr="00421BB9">
        <w:rPr>
          <w:rFonts w:ascii="Calibri" w:hAnsi="Calibri" w:cs="Calibri"/>
          <w:sz w:val="22"/>
          <w:lang w:val="pl-PL"/>
        </w:rPr>
        <w:t>Spełniamy warunek doświadczenia określony w pkt 4 zapytania ofertowego i pozycji 9 OPZ: w okresie ostatnich 3 lat przed upływem terminu składania ofert, a jeżeli okres prowadzenia działalności jest krótszy – w tym okresie, należycie wykonaliśmy co najmniej jedną usługę obejmującą testy bezpieczeństwa, skanowanie podatności lub analizę podatności infrastruktury albo systemów IT. Wraz z ofertą składamy Wykaz wykonanych usług – załącznik nr 4 – oraz wymagane dowody należytego wykonania wskazanej usługi.</w:t>
      </w:r>
    </w:p>
    <w:p w14:paraId="0ECEC50E" w14:textId="78CFF8A9" w:rsidR="005566A0" w:rsidRPr="00421BB9" w:rsidRDefault="001D5B6B" w:rsidP="00421BB9">
      <w:pPr>
        <w:pStyle w:val="Akapitzlist"/>
        <w:keepLines/>
        <w:numPr>
          <w:ilvl w:val="0"/>
          <w:numId w:val="10"/>
        </w:numPr>
        <w:spacing w:line="360" w:lineRule="auto"/>
        <w:ind w:left="426" w:hanging="426"/>
        <w:jc w:val="both"/>
        <w:rPr>
          <w:rFonts w:ascii="Calibri" w:hAnsi="Calibri" w:cs="Calibri"/>
          <w:sz w:val="22"/>
          <w:lang w:val="pl-PL"/>
        </w:rPr>
      </w:pPr>
      <w:r w:rsidRPr="00421BB9">
        <w:rPr>
          <w:rFonts w:ascii="Calibri" w:hAnsi="Calibri" w:cs="Calibri"/>
          <w:sz w:val="22"/>
          <w:lang w:val="pl-PL"/>
        </w:rPr>
        <w:t>Jeżeli dotyczy, dopełniliśmy obowiązków informacyjnych z art. 13 lub 14 RODO wobec osób, których dane przekazujemy Zamawiającemu w związku ze złożeniem oferty.</w:t>
      </w:r>
    </w:p>
    <w:p w14:paraId="24B17480" w14:textId="47B5AB32" w:rsidR="00F140F8" w:rsidRPr="00421BB9" w:rsidRDefault="00B20EEE" w:rsidP="00421BB9">
      <w:pPr>
        <w:pStyle w:val="Akapitzlist"/>
        <w:keepLines/>
        <w:numPr>
          <w:ilvl w:val="0"/>
          <w:numId w:val="10"/>
        </w:numPr>
        <w:spacing w:line="360" w:lineRule="auto"/>
        <w:ind w:left="426" w:hanging="426"/>
        <w:jc w:val="both"/>
        <w:rPr>
          <w:rFonts w:ascii="Calibri" w:hAnsi="Calibri" w:cs="Calibri"/>
          <w:sz w:val="22"/>
          <w:lang w:val="pl-PL"/>
        </w:rPr>
      </w:pPr>
      <w:r w:rsidRPr="00421BB9">
        <w:rPr>
          <w:rFonts w:ascii="Calibri" w:hAnsi="Calibri" w:cs="Calibri"/>
          <w:sz w:val="22"/>
          <w:lang w:val="pl-PL"/>
        </w:rPr>
        <w:t>Oświadczamy, że wobec Wykonawcy nie zachodzą przesłanki wykluczenia określone w art. 7 ust. 1 ustawy z dnia 13 kwietnia 2022 r. o szczególnych rozwiązaniach w zakresie przeciwdziałania wspieraniu agresji na Ukrainę oraz służących ochronie bezpieczeństwa narodowego.</w:t>
      </w:r>
    </w:p>
    <w:p w14:paraId="2D6A62BC" w14:textId="41F8B7D3" w:rsidR="005566A0" w:rsidRPr="00421BB9" w:rsidRDefault="00B20EEE" w:rsidP="00421BB9">
      <w:pPr>
        <w:keepLines/>
        <w:spacing w:line="360" w:lineRule="auto"/>
        <w:jc w:val="both"/>
        <w:rPr>
          <w:rFonts w:ascii="Calibri" w:hAnsi="Calibri" w:cs="Calibri"/>
          <w:sz w:val="22"/>
          <w:lang w:val="pl-PL"/>
        </w:rPr>
      </w:pPr>
      <w:r w:rsidRPr="00421BB9">
        <w:rPr>
          <w:rFonts w:ascii="Calibri" w:hAnsi="Calibri" w:cs="Calibri"/>
          <w:sz w:val="22"/>
          <w:lang w:val="pl-PL"/>
        </w:rPr>
        <w:t>Wykonawca pozostaje związany niniejszą ofertą przez okres 30 dni od dnia upływu terminu składania ofert.</w:t>
      </w:r>
      <w:r w:rsidR="001D5B6B" w:rsidRPr="00421BB9">
        <w:rPr>
          <w:rFonts w:ascii="Calibri" w:hAnsi="Calibri" w:cs="Calibri"/>
          <w:sz w:val="22"/>
          <w:lang w:val="pl-PL"/>
        </w:rPr>
        <w:t xml:space="preserve"> </w:t>
      </w:r>
      <w:r w:rsidR="00AA79E8" w:rsidRPr="00421BB9">
        <w:rPr>
          <w:rFonts w:ascii="Calibri" w:hAnsi="Calibri" w:cs="Calibri"/>
          <w:sz w:val="22"/>
          <w:lang w:val="pl-PL"/>
        </w:rPr>
        <w:t>W przypadku wyboru naszej oferty zobowiązujemy się zawrzeć umowę zgodną z projektem stanowiącym załącznik nr 3 do zapytania oraz z treścią naszej oferty.</w:t>
      </w:r>
    </w:p>
    <w:p w14:paraId="655A860F" w14:textId="77777777" w:rsidR="005566A0" w:rsidRPr="00421BB9" w:rsidRDefault="001D5B6B" w:rsidP="00421BB9">
      <w:pPr>
        <w:keepLines/>
        <w:spacing w:line="360" w:lineRule="auto"/>
        <w:jc w:val="both"/>
        <w:rPr>
          <w:rFonts w:ascii="Calibri" w:hAnsi="Calibri" w:cs="Calibri"/>
          <w:sz w:val="22"/>
          <w:lang w:val="pl-PL"/>
        </w:rPr>
      </w:pPr>
      <w:r w:rsidRPr="00421BB9">
        <w:rPr>
          <w:rFonts w:ascii="Calibri" w:hAnsi="Calibri" w:cs="Calibri"/>
          <w:sz w:val="22"/>
          <w:lang w:val="pl-PL"/>
        </w:rPr>
        <w:t>Miejscowość i data: ........................................................................................................</w:t>
      </w:r>
    </w:p>
    <w:p w14:paraId="2171CBB1" w14:textId="77777777" w:rsidR="00D8797B" w:rsidRPr="00421BB9" w:rsidRDefault="00D8797B" w:rsidP="00421BB9">
      <w:pPr>
        <w:spacing w:line="360" w:lineRule="auto"/>
        <w:jc w:val="both"/>
        <w:rPr>
          <w:rFonts w:ascii="Calibri" w:hAnsi="Calibri" w:cs="Calibri"/>
          <w:sz w:val="22"/>
          <w:lang w:val="pl-PL"/>
        </w:rPr>
      </w:pPr>
    </w:p>
    <w:p w14:paraId="5CD5DD64" w14:textId="76057A1D" w:rsidR="005566A0" w:rsidRPr="00421BB9" w:rsidRDefault="00B20EEE" w:rsidP="00421BB9">
      <w:pPr>
        <w:keepNext/>
        <w:spacing w:line="360" w:lineRule="auto"/>
        <w:jc w:val="both"/>
        <w:rPr>
          <w:rFonts w:ascii="Calibri" w:hAnsi="Calibri" w:cs="Calibri"/>
          <w:sz w:val="22"/>
          <w:lang w:val="pl-PL"/>
        </w:rPr>
      </w:pPr>
      <w:r w:rsidRPr="00421BB9">
        <w:rPr>
          <w:rFonts w:ascii="Calibri" w:hAnsi="Calibri" w:cs="Calibri"/>
          <w:sz w:val="22"/>
          <w:lang w:val="pl-PL"/>
        </w:rPr>
        <w:t>Imię i nazwisko osoby uprawnionej do reprezentowania Wykonawcy</w:t>
      </w:r>
      <w:r w:rsidR="00421BB9">
        <w:rPr>
          <w:rFonts w:ascii="Calibri" w:hAnsi="Calibri" w:cs="Calibri"/>
          <w:sz w:val="22"/>
          <w:lang w:val="pl-PL"/>
        </w:rPr>
        <w:t>:</w:t>
      </w:r>
    </w:p>
    <w:p w14:paraId="139B2D68" w14:textId="77777777" w:rsidR="005566A0" w:rsidRPr="00421BB9" w:rsidRDefault="001D5B6B" w:rsidP="00421BB9">
      <w:pPr>
        <w:spacing w:line="360" w:lineRule="auto"/>
        <w:jc w:val="both"/>
        <w:rPr>
          <w:rFonts w:ascii="Calibri" w:hAnsi="Calibri" w:cs="Calibri"/>
          <w:sz w:val="22"/>
          <w:lang w:val="pl-PL"/>
        </w:rPr>
      </w:pPr>
      <w:r w:rsidRPr="00421BB9">
        <w:rPr>
          <w:rFonts w:ascii="Calibri" w:hAnsi="Calibri" w:cs="Calibri"/>
          <w:sz w:val="22"/>
          <w:lang w:val="pl-PL"/>
        </w:rPr>
        <w:t>.............................................................................................................................................</w:t>
      </w:r>
    </w:p>
    <w:sectPr w:rsidR="005566A0" w:rsidRPr="00421BB9" w:rsidSect="00034616">
      <w:headerReference w:type="default" r:id="rId8"/>
      <w:footerReference w:type="default" r:id="rId9"/>
      <w:pgSz w:w="11906" w:h="16838"/>
      <w:pgMar w:top="1559" w:right="1134" w:bottom="1077" w:left="1134" w:header="369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080E1" w14:textId="77777777" w:rsidR="00241377" w:rsidRDefault="00241377">
      <w:pPr>
        <w:spacing w:after="0" w:line="240" w:lineRule="auto"/>
      </w:pPr>
      <w:r>
        <w:separator/>
      </w:r>
    </w:p>
  </w:endnote>
  <w:endnote w:type="continuationSeparator" w:id="0">
    <w:p w14:paraId="594C2005" w14:textId="77777777" w:rsidR="00241377" w:rsidRDefault="00241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8919B" w14:textId="77777777" w:rsidR="005566A0" w:rsidRDefault="001D5B6B">
    <w:pPr>
      <w:pStyle w:val="Stopka"/>
      <w:jc w:val="center"/>
    </w:pPr>
    <w:r>
      <w:rPr>
        <w:noProof/>
        <w:lang w:val="pl-PL" w:eastAsia="pl-PL"/>
      </w:rPr>
      <w:drawing>
        <wp:inline distT="0" distB="0" distL="0" distR="0" wp14:anchorId="14C7C59F" wp14:editId="4EF510E5">
          <wp:extent cx="4752000" cy="284265"/>
          <wp:effectExtent l="0" t="0" r="0" b="0"/>
          <wp:docPr id="206030387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52000" cy="284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AED66" w14:textId="77777777" w:rsidR="00241377" w:rsidRDefault="00241377">
      <w:pPr>
        <w:spacing w:after="0" w:line="240" w:lineRule="auto"/>
      </w:pPr>
      <w:r>
        <w:separator/>
      </w:r>
    </w:p>
  </w:footnote>
  <w:footnote w:type="continuationSeparator" w:id="0">
    <w:p w14:paraId="252CF367" w14:textId="77777777" w:rsidR="00241377" w:rsidRDefault="002413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9DE6C" w14:textId="77777777" w:rsidR="005566A0" w:rsidRDefault="001D5B6B">
    <w:pPr>
      <w:pStyle w:val="Nagwek"/>
    </w:pPr>
    <w:r>
      <w:rPr>
        <w:noProof/>
        <w:lang w:val="pl-PL" w:eastAsia="pl-PL"/>
      </w:rPr>
      <w:drawing>
        <wp:inline distT="0" distB="0" distL="0" distR="0" wp14:anchorId="4457EBAB" wp14:editId="7BF8D9C8">
          <wp:extent cx="1800000" cy="538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0" cy="53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3F656CB"/>
    <w:multiLevelType w:val="hybridMultilevel"/>
    <w:tmpl w:val="6B1A2AD4"/>
    <w:lvl w:ilvl="0" w:tplc="6C26561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D25022"/>
    <w:multiLevelType w:val="hybridMultilevel"/>
    <w:tmpl w:val="A8BEFF5A"/>
    <w:lvl w:ilvl="0" w:tplc="DA50E49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1276492">
    <w:abstractNumId w:val="8"/>
  </w:num>
  <w:num w:numId="2" w16cid:durableId="2059621493">
    <w:abstractNumId w:val="6"/>
  </w:num>
  <w:num w:numId="3" w16cid:durableId="240066357">
    <w:abstractNumId w:val="5"/>
  </w:num>
  <w:num w:numId="4" w16cid:durableId="292713521">
    <w:abstractNumId w:val="4"/>
  </w:num>
  <w:num w:numId="5" w16cid:durableId="1351957220">
    <w:abstractNumId w:val="7"/>
  </w:num>
  <w:num w:numId="6" w16cid:durableId="1894467179">
    <w:abstractNumId w:val="3"/>
  </w:num>
  <w:num w:numId="7" w16cid:durableId="416026695">
    <w:abstractNumId w:val="2"/>
  </w:num>
  <w:num w:numId="8" w16cid:durableId="178349800">
    <w:abstractNumId w:val="1"/>
  </w:num>
  <w:num w:numId="9" w16cid:durableId="399014296">
    <w:abstractNumId w:val="0"/>
  </w:num>
  <w:num w:numId="10" w16cid:durableId="1167749312">
    <w:abstractNumId w:val="9"/>
  </w:num>
  <w:num w:numId="11" w16cid:durableId="19542868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728D"/>
    <w:rsid w:val="00034616"/>
    <w:rsid w:val="0006063C"/>
    <w:rsid w:val="000F2A98"/>
    <w:rsid w:val="0012084A"/>
    <w:rsid w:val="0015074B"/>
    <w:rsid w:val="001D5B6B"/>
    <w:rsid w:val="00205F0D"/>
    <w:rsid w:val="00216C3E"/>
    <w:rsid w:val="00222B8C"/>
    <w:rsid w:val="0023269A"/>
    <w:rsid w:val="00241377"/>
    <w:rsid w:val="0029639D"/>
    <w:rsid w:val="00326F90"/>
    <w:rsid w:val="00421BB9"/>
    <w:rsid w:val="004C48CF"/>
    <w:rsid w:val="005566A0"/>
    <w:rsid w:val="005E2F01"/>
    <w:rsid w:val="0068317C"/>
    <w:rsid w:val="006B14F0"/>
    <w:rsid w:val="00730328"/>
    <w:rsid w:val="00865F0F"/>
    <w:rsid w:val="009C53B9"/>
    <w:rsid w:val="00A470A3"/>
    <w:rsid w:val="00AA1D8D"/>
    <w:rsid w:val="00AA79E8"/>
    <w:rsid w:val="00B20EEE"/>
    <w:rsid w:val="00B25406"/>
    <w:rsid w:val="00B47730"/>
    <w:rsid w:val="00BB7008"/>
    <w:rsid w:val="00BE5D21"/>
    <w:rsid w:val="00CB0664"/>
    <w:rsid w:val="00D56B0D"/>
    <w:rsid w:val="00D8797B"/>
    <w:rsid w:val="00DA064A"/>
    <w:rsid w:val="00E51038"/>
    <w:rsid w:val="00F140F8"/>
    <w:rsid w:val="00F156D7"/>
    <w:rsid w:val="00F67C4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BB3157"/>
  <w14:defaultImageDpi w14:val="330"/>
  <w15:docId w15:val="{84E990C2-475D-44AD-ACAC-D627F73D1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 w:line="264" w:lineRule="auto"/>
    </w:pPr>
    <w:rPr>
      <w:rFonts w:ascii="Arial" w:hAnsi="Arial"/>
      <w:color w:val="000000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2326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269A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269A"/>
    <w:rPr>
      <w:rFonts w:ascii="Arial" w:hAnsi="Arial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26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269A"/>
    <w:rPr>
      <w:rFonts w:ascii="Arial" w:hAnsi="Arial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26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269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7C27130-51A4-4281-B023-C3326348F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832</Words>
  <Characters>4993</Characters>
  <Application>Microsoft Office Word</Application>
  <DocSecurity>0</DocSecurity>
  <Lines>41</Lines>
  <Paragraphs>11</Paragraphs>
  <ScaleCrop>false</ScaleCrop>
  <Manager/>
  <Company/>
  <LinksUpToDate>false</LinksUpToDate>
  <CharactersWithSpaces>5814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Piotr Malczyk</cp:lastModifiedBy>
  <cp:revision>2</cp:revision>
  <dcterms:created xsi:type="dcterms:W3CDTF">2026-10-07T16:40:00Z</dcterms:created>
  <dcterms:modified xsi:type="dcterms:W3CDTF">2026-10-15T12:15:00Z</dcterms:modified>
  <cp:category/>
</cp:coreProperties>
</file>